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Emoties – Nederlands &amp; English</w:t>
      </w:r>
    </w:p>
    <w:p>
      <w:pPr>
        <w:jc w:val="center"/>
      </w:pPr>
      <w:r>
        <w:t>Nederlandse emotienamen en oorspronkelijke beschrijvingen, met de bijbehorende Engelse emotienamen en Engelse toelichting.</w:t>
      </w:r>
    </w:p>
    <w:p>
      <w:pPr>
        <w:pStyle w:val="Heading1"/>
        <w:jc w:val="center"/>
      </w:pPr>
      <w:r>
        <w:t>Vreugde — Joy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680"/>
        <w:gridCol w:w="6350"/>
        <w:gridCol w:w="6350"/>
      </w:tblGrid>
      <w:tr>
        <w:tc>
          <w:tcPr>
            <w:tcW w:type="dxa" w:w="1247"/>
            <w:vAlign w:val="center"/>
          </w:tcPr>
          <w:p>
            <w:r>
              <w:rPr>
                <w:b/>
              </w:rPr>
              <w:t>Emoticon</w:t>
            </w:r>
          </w:p>
        </w:tc>
        <w:tc>
          <w:tcPr>
            <w:tcW w:type="dxa" w:w="680"/>
            <w:shd w:fill="E7E9ED"/>
            <w:vAlign w:val="center"/>
          </w:tcPr>
          <w:p>
            <w:r>
              <w:rPr>
                <w:b/>
              </w:rPr>
              <w:t>Nr.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Nederlands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English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5514f049fecefa4cc4a51ebb9826e1c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Euforisch</w:t>
            </w:r>
            <w:r>
              <w:br/>
              <w:t>Overweldigende blijdschap die alles even overstijgt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Euphoric</w:t>
            </w:r>
            <w:r>
              <w:br/>
              <w:t>Overwhelming joy that seems to rise above everything.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f73aa67d9d8056e1a63070c6c528da8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Dol</w:t>
            </w:r>
            <w:r>
              <w:br/>
              <w:t>Ongeremde vrolijkheid met weinig zelfcontrole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Delighted</w:t>
            </w:r>
            <w:r>
              <w:br/>
              <w:t>Unrestrained happiness with a strong sense of enjoyment.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56014f2f6553faa12f48392827b40d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Hyper</w:t>
            </w:r>
            <w:r>
              <w:br/>
              <w:t>Overmatige energie met sterke emotionele prikkels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Hyperactive</w:t>
            </w:r>
            <w:r>
              <w:br/>
              <w:t>Excessive energy with strong emotional stimulation.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4bd1d8be8b1337abb2c1bd4ae0a726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Baldadig</w:t>
            </w:r>
            <w:r>
              <w:br/>
              <w:t>Speels grenzen opzoeken met plezier en ondeugendheid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Mischievous</w:t>
            </w:r>
            <w:r>
              <w:br/>
              <w:t>Playfully testing boundaries with fun and cheekiness.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4fbe3c55d5c1a495bf2eab62e319c64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Bezeten</w:t>
            </w:r>
            <w:r>
              <w:br/>
              <w:t>Helemaal opgaan in iets met intense focus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Obsessed</w:t>
            </w:r>
            <w:r>
              <w:br/>
              <w:t>Being completely absorbed in something with intense focus.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e8b75d20a31bbf5ca36a25bb65821ec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Trots</w:t>
            </w:r>
            <w:r>
              <w:br/>
              <w:t>Tevreden gevoel over jezelf of wat je bereikt hebt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Proud</w:t>
            </w:r>
            <w:r>
              <w:br/>
              <w:t>Feeling pleased with yourself or with something you have achieved.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142e8054c1e1c9e78125fb12ef4eecb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Geamuseerd</w:t>
            </w:r>
            <w:r>
              <w:br/>
              <w:t>Licht plezier door iets grappigs of luchtigs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Amused</w:t>
            </w:r>
            <w:r>
              <w:br/>
              <w:t>Light enjoyment caused by something funny or entertaining.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be16a6c81f903d6cea502d1d260d504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Eergevoel</w:t>
            </w:r>
            <w:r>
              <w:br/>
              <w:t>Sterk besef van waardigheid en zelfrespect</w:t>
            </w:r>
          </w:p>
        </w:tc>
        <w:tc>
          <w:tcPr>
            <w:tcW w:type="dxa" w:w="6350"/>
            <w:vAlign w:val="center"/>
          </w:tcPr>
          <w:p>
            <w:r>
              <w:t>Sense of honor</w:t>
              <w:br/>
              <w:t>A strong sense of dignity and self-respect.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85d1c0391ed9c3ff0eae5285fea2702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Vereerd</w:t>
            </w:r>
            <w:r>
              <w:br/>
              <w:t>Je bijzonder gewaardeerd en erkend voelen</w:t>
            </w:r>
          </w:p>
        </w:tc>
        <w:tc>
          <w:tcPr>
            <w:tcW w:type="dxa" w:w="6350"/>
            <w:vAlign w:val="center"/>
          </w:tcPr>
          <w:p>
            <w:r>
              <w:t>Honored</w:t>
              <w:br/>
              <w:t>Feeling especially valued and recognized.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9785c008beb1945c147c501222424a3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Betrokken</w:t>
            </w:r>
            <w:r>
              <w:br/>
              <w:t>Actief meeleven en verbonden zijn</w:t>
            </w:r>
          </w:p>
        </w:tc>
        <w:tc>
          <w:tcPr>
            <w:tcW w:type="dxa" w:w="6350"/>
            <w:vAlign w:val="center"/>
          </w:tcPr>
          <w:p>
            <w:r>
              <w:t>Involved</w:t>
              <w:br/>
              <w:t>Actively empathizing and feeling connected.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5b707a9d1b956ded10fcde3aaf439a6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Optimistisch</w:t>
            </w:r>
            <w:r>
              <w:br/>
              <w:t>Vertrouwen hebben in een positieve uitkomst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Optimistic</w:t>
            </w:r>
            <w:r>
              <w:br/>
              <w:t>Trusting that things will have a positive outcome.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43b8d6c0752c28f2ebc8385001ede87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Opgewonden</w:t>
            </w:r>
            <w:r>
              <w:br/>
              <w:t>Energieke spanning door verwachting of enthousiasme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Excited</w:t>
            </w:r>
            <w:r>
              <w:br/>
              <w:t>Energetic tension caused by anticipation or enthusiasm.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dfd6c46645da0d75950ced194ecf554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Opgewekt</w:t>
            </w:r>
            <w:r>
              <w:br/>
              <w:t>Lichte, vrolijke stemming met positieve energie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Cheerful</w:t>
            </w:r>
            <w:r>
              <w:br/>
              <w:t>A light, happy mood filled with positive energy.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fb5eb2d09b3772ddf7607be231a55c7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Levendig</w:t>
            </w:r>
            <w:r>
              <w:br/>
              <w:t>Vol energie, alertheid en enthousiasme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Lively</w:t>
            </w:r>
            <w:r>
              <w:br/>
              <w:t>Full of energy, alertness and enthusiasm.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f24894f9b1b51d2545be1962a7c4ec4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Genot</w:t>
            </w:r>
            <w:r>
              <w:br/>
              <w:t>Intens genieten van iets aangenaams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Enjoyment</w:t>
            </w:r>
            <w:r>
              <w:br/>
              <w:t>Intensely enjoying something pleasant.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1c9903bbe6aace0dac919c8352f6ddc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Plezier</w:t>
            </w:r>
            <w:r>
              <w:br/>
              <w:t>Genieten van een moment of activiteit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Pleasure</w:t>
            </w:r>
            <w:r>
              <w:br/>
              <w:t>Enjoying a moment, experience or activity.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630001201d59bf3a9557365817609c4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Vrolijk</w:t>
            </w:r>
            <w:r>
              <w:br/>
              <w:t>Lichte blijdschap die zichtbaar wordt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Joyful</w:t>
            </w:r>
            <w:r>
              <w:br/>
              <w:t>A light happiness that becomes visible.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18506241cb5d2a0d0c551b95e7fdeb5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Energiek</w:t>
            </w:r>
            <w:r>
              <w:br/>
              <w:t>Vol kracht en zin om actief te zijn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Energetic</w:t>
            </w:r>
            <w:r>
              <w:br/>
              <w:t>Feeling full of strength and ready to be active.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f119f711a62db0898c644f58df4598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Zorgeloos</w:t>
            </w:r>
            <w:r>
              <w:br/>
              <w:t>Vrij van spanning of zorgen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Carefree</w:t>
            </w:r>
            <w:r>
              <w:br/>
              <w:t>Feeling free from tension and worries.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6cdf5c02fac6630c77e9f813f2e9cba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Vrij</w:t>
            </w:r>
            <w:r>
              <w:br/>
              <w:t>Jezelf kunnen zijn zonder beperkingen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Free</w:t>
            </w:r>
            <w:r>
              <w:br/>
              <w:t>Feeling able to be yourself without restrictions.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b5f182ec12ba4d8c722504996f33e2b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Zelfverzekerd</w:t>
            </w:r>
            <w:r>
              <w:br/>
              <w:t>Vertrouwen in jezelt en je keuzes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Confident</w:t>
            </w:r>
            <w:r>
              <w:br/>
              <w:t>Trusting yourself and the choices you make.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1ff5e895b23669b61a44e72a205a2f3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Voldaan</w:t>
            </w:r>
            <w:r>
              <w:br/>
              <w:t>Tevreden gevoel na afronding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Content</w:t>
            </w:r>
            <w:r>
              <w:br/>
              <w:t>A satisfied feeling, often after completing something.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0299d4888de47ae60f41b18c7d14c2d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Gul</w:t>
            </w:r>
            <w:r>
              <w:br/>
              <w:t>Met plezier geven zonder verwachting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Generous</w:t>
            </w:r>
            <w:r>
              <w:br/>
              <w:t>Giving gladly without expecting something in return.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3963c9078c32ffc3afb57ac00646ad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Stralend</w:t>
            </w:r>
            <w:r>
              <w:br/>
              <w:t>Blijdschap die zichtbaar uitstraalt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Radiant</w:t>
            </w:r>
            <w:r>
              <w:br/>
              <w:t>Happiness that visibly shines outward.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b78636a124ba2040a8c66ec40b0ddef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Blij</w:t>
            </w:r>
            <w:r>
              <w:br/>
              <w:t>Prettig en positief basisgevoel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Happy</w:t>
            </w:r>
            <w:r>
              <w:br/>
              <w:t>A pleasant and positive basic feeling.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c65a95b609811cf0b9963560f7c1a58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Verheugd</w:t>
            </w:r>
            <w:r>
              <w:br/>
              <w:t>Biij verrast door iets positiefs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Glad</w:t>
            </w:r>
            <w:r>
              <w:br/>
              <w:t>Feeling happy because of something positive.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dc89a4af68bcab3ed40fab12c84f017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Enthousiasme</w:t>
            </w:r>
            <w:r>
              <w:br/>
              <w:t>Zin en energie om ergens voor te gaan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Enthusiasm</w:t>
            </w:r>
            <w:r>
              <w:br/>
              <w:t>Energy and eagerness to engage with something.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6be4fed3530f38859e3c4cd6f70e376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Bewondering</w:t>
            </w:r>
            <w:r>
              <w:br/>
              <w:t>Waardering voor iets bijzonders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Admiration</w:t>
            </w:r>
            <w:r>
              <w:br/>
              <w:t>Appreciation for someone or something special.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625ffde768ee87ae304e47401c577d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Geïnspireerd</w:t>
            </w:r>
            <w:r>
              <w:br/>
              <w:t>Aangezet tot nieuwe ideeén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Inspired</w:t>
            </w:r>
            <w:r>
              <w:br/>
              <w:t>Feeling moved toward new ideas or action.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b6909d0ad3fbb0effa09b92bded0e72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Vervuld</w:t>
            </w:r>
            <w:r>
              <w:br/>
              <w:t>Diepe tevredenheid omdat iets complet voelt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Fulfilled</w:t>
            </w:r>
            <w:r>
              <w:br/>
              <w:t>Deep satisfaction because something feels complete.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t>Verdriet — Sadness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680"/>
        <w:gridCol w:w="6350"/>
        <w:gridCol w:w="6350"/>
      </w:tblGrid>
      <w:tr>
        <w:tc>
          <w:tcPr>
            <w:tcW w:type="dxa" w:w="1247"/>
            <w:vAlign w:val="center"/>
          </w:tcPr>
          <w:p>
            <w:r>
              <w:rPr>
                <w:b/>
              </w:rPr>
              <w:t>Emoticon</w:t>
            </w:r>
          </w:p>
        </w:tc>
        <w:tc>
          <w:tcPr>
            <w:tcW w:type="dxa" w:w="680"/>
            <w:shd w:fill="E7E9ED"/>
            <w:vAlign w:val="center"/>
          </w:tcPr>
          <w:p>
            <w:r>
              <w:rPr>
                <w:b/>
              </w:rPr>
              <w:t>Nr.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Nederlands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English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a6efcaf1a409342800a1e03febb8fd9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Uitzichtloos</w:t>
            </w:r>
            <w:r>
              <w:br/>
              <w:t>Geen mogelijkheid tot verbetering meer zien</w:t>
            </w:r>
          </w:p>
        </w:tc>
        <w:tc>
          <w:tcPr>
            <w:tcW w:type="dxa" w:w="6350"/>
            <w:vAlign w:val="center"/>
          </w:tcPr>
          <w:p>
            <w:r>
              <w:t>Hopeless</w:t>
              <w:br/>
              <w:t>Seeing no possibility for things to improve.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1d0525c14402ae5fca1217e5c4f6a5a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Melancholisch</w:t>
            </w:r>
            <w:r>
              <w:br/>
              <w:t>Zacht verdriet met een nostalgische ondertoon</w:t>
            </w:r>
          </w:p>
        </w:tc>
        <w:tc>
          <w:tcPr>
            <w:tcW w:type="dxa" w:w="6350"/>
            <w:vAlign w:val="center"/>
          </w:tcPr>
          <w:p>
            <w:r>
              <w:t>Melancholic</w:t>
              <w:br/>
              <w:t>Gentle sadness with a nostalgic undertone.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356bcdcb70a3adcda37f13e29a59804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Depressief</w:t>
            </w:r>
            <w:r>
              <w:br/>
              <w:t>Diepe somberheid zonder energie of motivatie</w:t>
            </w:r>
          </w:p>
        </w:tc>
        <w:tc>
          <w:tcPr>
            <w:tcW w:type="dxa" w:w="6350"/>
            <w:vAlign w:val="center"/>
          </w:tcPr>
          <w:p>
            <w:r>
              <w:t>Depressed</w:t>
              <w:br/>
              <w:t>Deep gloom without energy or motivation.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d685659f0f227e7ed1e22e9a4cd3f5a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Leegte</w:t>
            </w:r>
            <w:r>
              <w:br/>
              <w:t>Innerliik gevoel van gemis of betekenisloosheid</w:t>
            </w:r>
          </w:p>
        </w:tc>
        <w:tc>
          <w:tcPr>
            <w:tcW w:type="dxa" w:w="6350"/>
            <w:vAlign w:val="center"/>
          </w:tcPr>
          <w:p>
            <w:r>
              <w:t>Emptiness</w:t>
              <w:br/>
              <w:t>An inner sense of loss or meaninglessness.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8fe90985ee730b7df93bd6bd20c7272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Gemis</w:t>
            </w:r>
            <w:r>
              <w:br/>
              <w:t>Pijnlik verlangen naar iemand of iets</w:t>
            </w:r>
          </w:p>
        </w:tc>
        <w:tc>
          <w:tcPr>
            <w:tcW w:type="dxa" w:w="6350"/>
            <w:vAlign w:val="center"/>
          </w:tcPr>
          <w:p>
            <w:r>
              <w:t>Loss</w:t>
              <w:br/>
              <w:t>A painful longing for someone or something.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02f88bc1e583174177b5f2f700a3899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Neerslachtig - Somber</w:t>
            </w:r>
            <w:r>
              <w:br/>
              <w:t>Somber gevoel zonder duidelijke aanleiding</w:t>
            </w:r>
          </w:p>
        </w:tc>
        <w:tc>
          <w:tcPr>
            <w:tcW w:type="dxa" w:w="6350"/>
            <w:vAlign w:val="center"/>
          </w:tcPr>
          <w:p>
            <w:r>
              <w:t>Downcast - Gloomy</w:t>
              <w:br/>
              <w:t>Feeling gloomy without a clear reason.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af30550ad8f851ad1d9205973b67c1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Down</w:t>
            </w:r>
            <w:r>
              <w:br/>
              <w:t>Lusteloos en zwaar gevoel</w:t>
            </w:r>
          </w:p>
        </w:tc>
        <w:tc>
          <w:tcPr>
            <w:tcW w:type="dxa" w:w="6350"/>
            <w:vAlign w:val="center"/>
          </w:tcPr>
          <w:p>
            <w:r>
              <w:t>Down</w:t>
              <w:br/>
              <w:t>A listless and heavy feeling.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18cb1475d1b273b1f744b54688f23b0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Verdoofd</w:t>
            </w:r>
            <w:r>
              <w:br/>
              <w:t>Afgeviakt, weinig tot geen emotie voelen</w:t>
            </w:r>
          </w:p>
        </w:tc>
        <w:tc>
          <w:tcPr>
            <w:tcW w:type="dxa" w:w="6350"/>
            <w:vAlign w:val="center"/>
          </w:tcPr>
          <w:p>
            <w:r>
              <w:t>Numb</w:t>
              <w:br/>
              <w:t>Feeling emotionally flattened, with little or no emotion.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8294f024dedb17578029304e83326f1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Loyaliteitsconflict</w:t>
            </w:r>
            <w:r>
              <w:br/>
              <w:t>Innerlijk verdeeld tussen twee belangrike relaties,</w:t>
            </w:r>
          </w:p>
        </w:tc>
        <w:tc>
          <w:tcPr>
            <w:tcW w:type="dxa" w:w="6350"/>
            <w:vAlign w:val="center"/>
          </w:tcPr>
          <w:p>
            <w:r>
              <w:t>Loyalty conflict</w:t>
              <w:br/>
              <w:t>Feeling inwardly torn between two important relationships.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32f3511f8bbba94fc145e860fe1c46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Wiebelig</w:t>
            </w:r>
            <w:r>
              <w:br/>
              <w:t>Emotioneel instabiel en uit balans</w:t>
            </w:r>
          </w:p>
        </w:tc>
        <w:tc>
          <w:tcPr>
            <w:tcW w:type="dxa" w:w="6350"/>
            <w:vAlign w:val="center"/>
          </w:tcPr>
          <w:p>
            <w:r>
              <w:t>Unsteady</w:t>
              <w:br/>
              <w:t>Feeling emotionally unstable and off balance.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38c469d5b19b5ba1a23003fb4d5de9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Verwaarloosd</w:t>
            </w:r>
            <w:r>
              <w:br/>
              <w:t>Niet gezien of gesteund voelen</w:t>
            </w:r>
          </w:p>
        </w:tc>
        <w:tc>
          <w:tcPr>
            <w:tcW w:type="dxa" w:w="6350"/>
            <w:vAlign w:val="center"/>
          </w:tcPr>
          <w:p>
            <w:r>
              <w:t>Neglected</w:t>
              <w:br/>
              <w:t>Feeling unseen or unsupported.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d9dc3c2d8c36f778b17fffea7b34604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Overgevoelig</w:t>
            </w:r>
            <w:r>
              <w:br/>
              <w:t>Sneller geraakt door emoties of situaties</w:t>
            </w:r>
          </w:p>
        </w:tc>
        <w:tc>
          <w:tcPr>
            <w:tcW w:type="dxa" w:w="6350"/>
            <w:vAlign w:val="center"/>
          </w:tcPr>
          <w:p>
            <w:r>
              <w:t>Oversensitive</w:t>
              <w:br/>
              <w:t>Being more easily affected by emotions or situations.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9ed0b81e242f5f0b228dfcfff5391d1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Aangetast</w:t>
            </w:r>
            <w:r>
              <w:br/>
              <w:t>Innerlik geraakt of beschadigd voelen</w:t>
            </w:r>
          </w:p>
        </w:tc>
        <w:tc>
          <w:tcPr>
            <w:tcW w:type="dxa" w:w="6350"/>
            <w:vAlign w:val="center"/>
          </w:tcPr>
          <w:p>
            <w:r>
              <w:t>Affected</w:t>
              <w:br/>
              <w:t>Feeling inwardly affected or damaged.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6afb4e029cc79a9edbc84223f7ae56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Emotioneel</w:t>
            </w:r>
            <w:r>
              <w:br/>
              <w:t>Sterk geraakt en zichtbaar aangedaan</w:t>
            </w:r>
          </w:p>
        </w:tc>
        <w:tc>
          <w:tcPr>
            <w:tcW w:type="dxa" w:w="6350"/>
            <w:vAlign w:val="center"/>
          </w:tcPr>
          <w:p>
            <w:r>
              <w:t>Emotional</w:t>
              <w:br/>
              <w:t>Feeling deeply affected and visibly emotional.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861a25cb2fa63c73f3865a260c616bb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Emotionele pijn</w:t>
            </w:r>
            <w:r>
              <w:br/>
              <w:t>Diep en aanhoudend innerlijk verdriet</w:t>
            </w:r>
          </w:p>
        </w:tc>
        <w:tc>
          <w:tcPr>
            <w:tcW w:type="dxa" w:w="6350"/>
            <w:vAlign w:val="center"/>
          </w:tcPr>
          <w:p>
            <w:r>
              <w:t>Emotional pain</w:t>
              <w:br/>
              <w:t>Deep and persistent inner sadness.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ece43ff3af0f11d2cb5d89fbdeaf736.pn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Zelfmedelijden</w:t>
            </w:r>
            <w:r>
              <w:br/>
              <w:t>In je eigen pijn blijven hangen</w:t>
            </w:r>
          </w:p>
        </w:tc>
        <w:tc>
          <w:tcPr>
            <w:tcW w:type="dxa" w:w="6350"/>
            <w:vAlign w:val="center"/>
          </w:tcPr>
          <w:p>
            <w:r>
              <w:t>Self-pity</w:t>
              <w:br/>
              <w:t>Remaining stuck in your own pain.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9815a8716a41b72890efa2d6c3fae32.pn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Medelijden</w:t>
            </w:r>
            <w:r>
              <w:br/>
              <w:t>Verdriet voelen om het lijden van een ander</w:t>
            </w:r>
          </w:p>
        </w:tc>
        <w:tc>
          <w:tcPr>
            <w:tcW w:type="dxa" w:w="6350"/>
            <w:vAlign w:val="center"/>
          </w:tcPr>
          <w:p>
            <w:r>
              <w:t>Pity</w:t>
              <w:br/>
              <w:t>Feeling sadness for someone else’s suffering.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cbe757222ff0656d353e82684475575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Iemand missen</w:t>
            </w:r>
            <w:r>
              <w:br/>
              <w:t>Verlangen naar iemand die er niet is</w:t>
            </w:r>
          </w:p>
        </w:tc>
        <w:tc>
          <w:tcPr>
            <w:tcW w:type="dxa" w:w="6350"/>
            <w:vAlign w:val="center"/>
          </w:tcPr>
          <w:p>
            <w:r>
              <w:t>Missing someone</w:t>
              <w:br/>
              <w:t>Longing for someone who is not there.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29d22b30bbbc36652f5f8858de495d0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Eenzaam</w:t>
            </w:r>
            <w:r>
              <w:br/>
              <w:t>Gebrek aan echte verbinding voelen</w:t>
            </w:r>
          </w:p>
        </w:tc>
        <w:tc>
          <w:tcPr>
            <w:tcW w:type="dxa" w:w="6350"/>
            <w:vAlign w:val="center"/>
          </w:tcPr>
          <w:p>
            <w:r>
              <w:t>Lonely</w:t>
              <w:br/>
              <w:t>Feeling a lack of genuine connection.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a5e1ed7a09d4cfc6391e8f9eaed6def.pn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Sentimenteel</w:t>
            </w:r>
            <w:r>
              <w:br/>
              <w:t>Gevoelig worden door herinneringen</w:t>
            </w:r>
          </w:p>
        </w:tc>
        <w:tc>
          <w:tcPr>
            <w:tcW w:type="dxa" w:w="6350"/>
            <w:vAlign w:val="center"/>
          </w:tcPr>
          <w:p>
            <w:r>
              <w:t>Sentimental</w:t>
              <w:br/>
              <w:t>Becoming emotional because of memories.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7a17587844a6e09c8f50d079d9c62f9.pn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Alleen voelen</w:t>
            </w:r>
            <w:r>
              <w:br/>
              <w:t>Je niet verbonden voelen met anderen</w:t>
            </w:r>
          </w:p>
        </w:tc>
        <w:tc>
          <w:tcPr>
            <w:tcW w:type="dxa" w:w="6350"/>
            <w:vAlign w:val="center"/>
          </w:tcPr>
          <w:p>
            <w:r>
              <w:t>Feeling alone</w:t>
              <w:br/>
              <w:t>Feeling disconnected from other people.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326602700b19466b4488a0a0341e23c.pn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Teleurgesteld</w:t>
            </w:r>
            <w:r>
              <w:br/>
              <w:t>Verwachting niet uitgekomen zien</w:t>
            </w:r>
          </w:p>
        </w:tc>
        <w:tc>
          <w:tcPr>
            <w:tcW w:type="dxa" w:w="6350"/>
            <w:vAlign w:val="center"/>
          </w:tcPr>
          <w:p>
            <w:r>
              <w:t>Disappointed</w:t>
              <w:br/>
              <w:t>Seeing that an expectation has not been fulfilled.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b5f7d573ba3bf3592a1002d7fc59578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Gekwetst</w:t>
            </w:r>
            <w:r>
              <w:br/>
              <w:t>Emotioneel geraakt door woorden of gedrag</w:t>
            </w:r>
          </w:p>
        </w:tc>
        <w:tc>
          <w:tcPr>
            <w:tcW w:type="dxa" w:w="6350"/>
            <w:vAlign w:val="center"/>
          </w:tcPr>
          <w:p>
            <w:r>
              <w:t>Hurt</w:t>
              <w:br/>
              <w:t>Feeling emotionally hurt by words or behavior.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ed0b34e12c3295f23aafb71d9a858d8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Geraakt</w:t>
            </w:r>
            <w:r>
              <w:br/>
              <w:t>Diep emotioneel aangetikt worden</w:t>
            </w:r>
          </w:p>
        </w:tc>
        <w:tc>
          <w:tcPr>
            <w:tcW w:type="dxa" w:w="6350"/>
            <w:vAlign w:val="center"/>
          </w:tcPr>
          <w:p>
            <w:r>
              <w:t>Touched</w:t>
              <w:br/>
              <w:t>Being touched deeply on an emotional level.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0f5478d311d0f41a15a296dce49ff29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Vervreemd</w:t>
            </w:r>
            <w:r>
              <w:br/>
              <w:t>Je los voelen van jezelt of anderen</w:t>
            </w:r>
          </w:p>
        </w:tc>
        <w:tc>
          <w:tcPr>
            <w:tcW w:type="dxa" w:w="6350"/>
            <w:vAlign w:val="center"/>
          </w:tcPr>
          <w:p>
            <w:r>
              <w:t>Alienated</w:t>
              <w:br/>
              <w:t>Feeling disconnected from yourself or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74ebe2293a6008b1e8bf182cbb6a9e0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Heimwee</w:t>
            </w:r>
            <w:r>
              <w:br/>
              <w:t>Verlangen naar een vertrouwde plek of tid</w:t>
            </w:r>
          </w:p>
        </w:tc>
        <w:tc>
          <w:tcPr>
            <w:tcW w:type="dxa" w:w="6350"/>
            <w:vAlign w:val="center"/>
          </w:tcPr>
          <w:p>
            <w:r>
              <w:t>Homesick</w:t>
              <w:br/>
              <w:t>Longing for a familiar place or time.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87985536e1012d8b39ddf87f89b6e9f.pn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Ontworteld</w:t>
            </w:r>
            <w:r>
              <w:br/>
              <w:t>Geen basis of houvast ervaren</w:t>
            </w:r>
          </w:p>
        </w:tc>
        <w:tc>
          <w:tcPr>
            <w:tcW w:type="dxa" w:w="6350"/>
            <w:vAlign w:val="center"/>
          </w:tcPr>
          <w:p>
            <w:r>
              <w:t>Rootless</w:t>
              <w:br/>
              <w:t>Feeling without a foundation or sense of stability.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77171904f9a980b5810c55b31e8121b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Huilerig</w:t>
            </w:r>
            <w:r>
              <w:br/>
              <w:t>Snel emotioneel en tranen nabij</w:t>
            </w:r>
          </w:p>
        </w:tc>
        <w:tc>
          <w:tcPr>
            <w:tcW w:type="dxa" w:w="6350"/>
            <w:vAlign w:val="center"/>
          </w:tcPr>
          <w:p>
            <w:r>
              <w:t>Tearful</w:t>
              <w:br/>
              <w:t>Becoming emotional quickly and feeling close to tears.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e5567cbc36d6cbfe941c8ec9e96f29c.pn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Droevig</w:t>
            </w:r>
            <w:r>
              <w:br/>
              <w:t>Zacht en aanhoudend verdriet</w:t>
            </w:r>
          </w:p>
        </w:tc>
        <w:tc>
          <w:tcPr>
            <w:tcW w:type="dxa" w:w="6350"/>
            <w:vAlign w:val="center"/>
          </w:tcPr>
          <w:p>
            <w:r>
              <w:t>Sad</w:t>
              <w:br/>
              <w:t>Gentle and persistent sadness.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b886d730587ef34d7268aca58bc7f91.pn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Verdriet</w:t>
            </w:r>
            <w:r>
              <w:br/>
              <w:t>Pijn door verlies of gemis</w:t>
            </w:r>
          </w:p>
        </w:tc>
        <w:tc>
          <w:tcPr>
            <w:tcW w:type="dxa" w:w="6350"/>
            <w:vAlign w:val="center"/>
          </w:tcPr>
          <w:p>
            <w:r>
              <w:t>Sadness</w:t>
              <w:br/>
              <w:t>Pain caused by loss or absence.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2602b296f5189baf5a6c0e2dbcf8264.pn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Ellendig</w:t>
            </w:r>
            <w:r>
              <w:br/>
              <w:t>Je erg slecht en zwar voelen</w:t>
            </w:r>
          </w:p>
        </w:tc>
        <w:tc>
          <w:tcPr>
            <w:tcW w:type="dxa" w:w="6350"/>
            <w:vAlign w:val="center"/>
          </w:tcPr>
          <w:p>
            <w:r>
              <w:t>Miserable</w:t>
              <w:br/>
              <w:t>Feeling very bad and weighed down.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299e8a1c0905ecc1b02d95fcc6190a0.pn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Labiel</w:t>
            </w:r>
            <w:r>
              <w:br/>
              <w:t>Emoties die snel wisselen</w:t>
            </w:r>
          </w:p>
        </w:tc>
        <w:tc>
          <w:tcPr>
            <w:tcW w:type="dxa" w:w="6350"/>
            <w:vAlign w:val="center"/>
          </w:tcPr>
          <w:p>
            <w:r>
              <w:t>Unstable</w:t>
              <w:br/>
              <w:t>Emotions that change rapidly.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aad3d240a42ccc1cac405486ef94594.png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Gebroken</w:t>
            </w:r>
            <w:r>
              <w:br/>
              <w:t>Gevoel dat iets in je stuk is</w:t>
            </w:r>
          </w:p>
        </w:tc>
        <w:tc>
          <w:tcPr>
            <w:tcW w:type="dxa" w:w="6350"/>
            <w:vAlign w:val="center"/>
          </w:tcPr>
          <w:p>
            <w:r>
              <w:t>Broken</w:t>
              <w:br/>
              <w:t>Feeling as though something inside you is broken.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08b7a4c3eca3771c0cbd77cb3247f0c.png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Verscheurd</w:t>
            </w:r>
            <w:r>
              <w:br/>
              <w:t>Innerliik verdeeld door tegenstrijdige gevoelens</w:t>
            </w:r>
          </w:p>
        </w:tc>
        <w:tc>
          <w:tcPr>
            <w:tcW w:type="dxa" w:w="6350"/>
            <w:vAlign w:val="center"/>
          </w:tcPr>
          <w:p>
            <w:r>
              <w:t>Torn apart</w:t>
              <w:br/>
              <w:t>Feeling inwardly torn by conflicting emotions.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6e91b2a2839c220a6fb3eaf190207d0.pn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Rouw</w:t>
            </w:r>
            <w:r>
              <w:br/>
              <w:t>Diep verdriet na verlies</w:t>
            </w:r>
          </w:p>
        </w:tc>
        <w:tc>
          <w:tcPr>
            <w:tcW w:type="dxa" w:w="6350"/>
            <w:vAlign w:val="center"/>
          </w:tcPr>
          <w:p>
            <w:r>
              <w:t>Grief</w:t>
              <w:br/>
              <w:t>Deep sadness following a loss.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5f7f56de8e7a95590caafb0646cb336.png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Geteisterd</w:t>
            </w:r>
            <w:r>
              <w:br/>
              <w:t>Langdurig belast door pijn of verdriet</w:t>
            </w:r>
          </w:p>
        </w:tc>
        <w:tc>
          <w:tcPr>
            <w:tcW w:type="dxa" w:w="6350"/>
            <w:vAlign w:val="center"/>
          </w:tcPr>
          <w:p>
            <w:r>
              <w:t>Distressed</w:t>
              <w:br/>
              <w:t>Being burdened by pain or sadness for a long time.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t>Verbazing — Surprise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680"/>
        <w:gridCol w:w="6350"/>
        <w:gridCol w:w="6350"/>
      </w:tblGrid>
      <w:tr>
        <w:tc>
          <w:tcPr>
            <w:tcW w:type="dxa" w:w="1247"/>
            <w:vAlign w:val="center"/>
          </w:tcPr>
          <w:p>
            <w:r>
              <w:rPr>
                <w:b/>
              </w:rPr>
              <w:t>Emoticon</w:t>
            </w:r>
          </w:p>
        </w:tc>
        <w:tc>
          <w:tcPr>
            <w:tcW w:type="dxa" w:w="680"/>
            <w:shd w:fill="E7E9ED"/>
            <w:vAlign w:val="center"/>
          </w:tcPr>
          <w:p>
            <w:r>
              <w:rPr>
                <w:b/>
              </w:rPr>
              <w:t>Nr.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Nederlands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English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7" name="Picture 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9eb0c57d1eceeaea941b5e3267ed2a3.pn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Apatisch</w:t>
            </w:r>
            <w:r>
              <w:br/>
              <w:t>Geen duidelijke emotionele reactie voelen</w:t>
            </w:r>
          </w:p>
        </w:tc>
        <w:tc>
          <w:tcPr>
            <w:tcW w:type="dxa" w:w="6350"/>
            <w:vAlign w:val="center"/>
          </w:tcPr>
          <w:p>
            <w:r>
              <w:t>Apathetic</w:t>
              <w:br/>
              <w:t>Feeling no clear emotional response.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9ba75d1c21e6a8b8e8ed18c8e1740eb.pn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Murw</w:t>
            </w:r>
            <w:r>
              <w:br/>
              <w:t>Afgevlakt door te veel indrukken</w:t>
            </w:r>
          </w:p>
        </w:tc>
        <w:tc>
          <w:tcPr>
            <w:tcW w:type="dxa" w:w="6350"/>
            <w:vAlign w:val="center"/>
          </w:tcPr>
          <w:p>
            <w:r>
              <w:t>Battered</w:t>
              <w:br/>
              <w:t>Feeling emotionally flattened by too many impressions.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69" name="Picture 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8d204b6f2a8cd6dbdfbbb4b82197b0a.pn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Verbijsterd</w:t>
            </w:r>
            <w:r>
              <w:br/>
              <w:t>Diep geschokt door iets onverwachts</w:t>
            </w:r>
          </w:p>
        </w:tc>
        <w:tc>
          <w:tcPr>
            <w:tcW w:type="dxa" w:w="6350"/>
            <w:vAlign w:val="center"/>
          </w:tcPr>
          <w:p>
            <w:r>
              <w:t>Stunned</w:t>
              <w:br/>
              <w:t>Feeling deeply shocked by something unexpected.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0" name="Picture 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7b6009f4fa4a357af5a374a37e8e9c0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Schrik</w:t>
            </w:r>
            <w:r>
              <w:br/>
              <w:t>Plotselinge reactie op iets onverwachts</w:t>
            </w:r>
          </w:p>
        </w:tc>
        <w:tc>
          <w:tcPr>
            <w:tcW w:type="dxa" w:w="6350"/>
            <w:vAlign w:val="center"/>
          </w:tcPr>
          <w:p>
            <w:r>
              <w:t>Fright</w:t>
              <w:br/>
              <w:t>A sudden reaction to something unexpected.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1" name="Picture 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1560923103c5039bfece2a30619104e.pn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Beledigd</w:t>
            </w:r>
            <w:r>
              <w:br/>
              <w:t>Geraakt door iets onverwachts kwetsends</w:t>
            </w:r>
          </w:p>
        </w:tc>
        <w:tc>
          <w:tcPr>
            <w:tcW w:type="dxa" w:w="6350"/>
            <w:vAlign w:val="center"/>
          </w:tcPr>
          <w:p>
            <w:r>
              <w:t>Offended</w:t>
              <w:br/>
              <w:t>Feeling hurt by something unexpectedly offensive.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2" name="Picture 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a596e0188e3a4ff02df75988ca342bf.png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Stomverbaasd</w:t>
            </w:r>
            <w:r>
              <w:br/>
              <w:t>Volledige verbazing zonder woorden</w:t>
            </w:r>
          </w:p>
        </w:tc>
        <w:tc>
          <w:tcPr>
            <w:tcW w:type="dxa" w:w="6350"/>
            <w:vAlign w:val="center"/>
          </w:tcPr>
          <w:p>
            <w:r>
              <w:t>Astonished</w:t>
              <w:br/>
              <w:t>Complete amazement that leaves you without words.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3" name="Picture 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b79894f73d7a02ad32aaca131ca0f04.png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Ontzet</w:t>
            </w:r>
            <w:r>
              <w:br/>
              <w:t>Geschokt en diep geraakt</w:t>
            </w:r>
          </w:p>
        </w:tc>
        <w:tc>
          <w:tcPr>
            <w:tcW w:type="dxa" w:w="6350"/>
            <w:vAlign w:val="center"/>
          </w:tcPr>
          <w:p>
            <w:r>
              <w:t>Horrified</w:t>
              <w:br/>
              <w:t>Feeling shocked and deeply affected.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4" name="Picture 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19036b8f11521615f16a9a92f212b93.pn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Overweldigd</w:t>
            </w:r>
            <w:r>
              <w:br/>
              <w:t>Te veel indrukken tegelijk ervaren</w:t>
            </w:r>
          </w:p>
        </w:tc>
        <w:tc>
          <w:tcPr>
            <w:tcW w:type="dxa" w:w="6350"/>
            <w:vAlign w:val="center"/>
          </w:tcPr>
          <w:p>
            <w:r>
              <w:t>Overwhelmed</w:t>
              <w:br/>
              <w:t>Experiencing too many impressions at once.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5" name="Picture 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4ad9caa5b89249eb454ece519256e20.png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Onder de indruk</w:t>
            </w:r>
            <w:r>
              <w:br/>
              <w:t>Sterk geraakt door iets bijzonders</w:t>
            </w:r>
          </w:p>
        </w:tc>
        <w:tc>
          <w:tcPr>
            <w:tcW w:type="dxa" w:w="6350"/>
            <w:vAlign w:val="center"/>
          </w:tcPr>
          <w:p>
            <w:r>
              <w:t>Impressed</w:t>
              <w:br/>
              <w:t>Being strongly affected by something remarkable.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6" name="Picture 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b78ec84bfb210e0f03028fad424a2d2.png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Sprakeloos</w:t>
            </w:r>
            <w:r>
              <w:br/>
              <w:t>Geen woorden kunnen vinden</w:t>
            </w:r>
          </w:p>
        </w:tc>
        <w:tc>
          <w:tcPr>
            <w:tcW w:type="dxa" w:w="6350"/>
            <w:vAlign w:val="center"/>
          </w:tcPr>
          <w:p>
            <w:r>
              <w:t>Speechless</w:t>
              <w:br/>
              <w:t>Being unable to find the words.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7" name="Picture 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233eb0c83263695eb424680f8bd9188.png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Spannend</w:t>
            </w:r>
            <w:r>
              <w:br/>
              <w:t>‘Aangename spanning door het onbekende</w:t>
            </w:r>
          </w:p>
        </w:tc>
        <w:tc>
          <w:tcPr>
            <w:tcW w:type="dxa" w:w="6350"/>
            <w:vAlign w:val="center"/>
          </w:tcPr>
          <w:p>
            <w:r>
              <w:t>Exciting</w:t>
              <w:br/>
              <w:t>Pleasant excitement caused by the unknown.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8" name="Picture 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0a037e6a5eb09e84d698091137eaafa.png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Ontgoocheld</w:t>
            </w:r>
            <w:r>
              <w:br/>
              <w:t>Teleurgesteld door onverwachte uitkomst</w:t>
            </w:r>
          </w:p>
        </w:tc>
        <w:tc>
          <w:tcPr>
            <w:tcW w:type="dxa" w:w="6350"/>
            <w:vAlign w:val="center"/>
          </w:tcPr>
          <w:p>
            <w:r>
              <w:t>Disillusioned</w:t>
              <w:br/>
              <w:t>Feeling disappointed by an unexpected outcome.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79" name="Picture 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f987193cf23d573ac86af2469ba1f7b.png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Overrompeld</w:t>
            </w:r>
            <w:r>
              <w:br/>
              <w:t>Onverwachts overvallen worden</w:t>
            </w:r>
          </w:p>
        </w:tc>
        <w:tc>
          <w:tcPr>
            <w:tcW w:type="dxa" w:w="6350"/>
            <w:vAlign w:val="center"/>
          </w:tcPr>
          <w:p>
            <w:r>
              <w:t>Taken aback</w:t>
              <w:br/>
              <w:t>Being unexpectedly caught off guard.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0" name="Picture 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4e5ad0cc4de65a528099ffa5353eb2c.png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Chaotisch</w:t>
            </w:r>
            <w:r>
              <w:br/>
              <w:t>Geen overzicht door verwarring</w:t>
            </w:r>
          </w:p>
        </w:tc>
        <w:tc>
          <w:tcPr>
            <w:tcW w:type="dxa" w:w="6350"/>
            <w:vAlign w:val="center"/>
          </w:tcPr>
          <w:p>
            <w:r>
              <w:t>Chaotic</w:t>
              <w:br/>
              <w:t>Losing your sense of overview because of confusion.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1" name="Picture 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fe56eac06abfa7f6d06bd0ddf92f2ef.png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Mat - Vlak</w:t>
            </w:r>
            <w:r>
              <w:br/>
              <w:t>Weinig emotionele reactie voelen</w:t>
            </w:r>
          </w:p>
        </w:tc>
        <w:tc>
          <w:tcPr>
            <w:tcW w:type="dxa" w:w="6350"/>
            <w:vAlign w:val="center"/>
          </w:tcPr>
          <w:p>
            <w:r>
              <w:t>Dull - Flat</w:t>
              <w:br/>
              <w:t>Feeling little emotional response.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2" name="Picture 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7b5cc8dd1283c78ea6b44db1d709fbe.png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Bedwelmd</w:t>
            </w:r>
            <w:r>
              <w:br/>
              <w:t>Verdoofd door indrukken</w:t>
            </w:r>
          </w:p>
        </w:tc>
        <w:tc>
          <w:tcPr>
            <w:tcW w:type="dxa" w:w="6350"/>
            <w:vAlign w:val="center"/>
          </w:tcPr>
          <w:p>
            <w:r>
              <w:t>Dazed</w:t>
              <w:br/>
              <w:t>Feeling dazed by too many impressions.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3" name="Picture 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a38566484af3340c457a939f3d02dbd.png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Gelaten</w:t>
            </w:r>
            <w:r>
              <w:br/>
              <w:t>Rustig accepteren zonder sterke reactie</w:t>
            </w:r>
          </w:p>
        </w:tc>
        <w:tc>
          <w:tcPr>
            <w:tcW w:type="dxa" w:w="6350"/>
            <w:vAlign w:val="center"/>
          </w:tcPr>
          <w:p>
            <w:r>
              <w:t>Resigned</w:t>
              <w:br/>
              <w:t>Calmly accepting something without a strong reaction.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4" name="Picture 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b868037d1ae7c72d51a431a1bb55ee9.png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Dromerig</w:t>
            </w:r>
            <w:r>
              <w:br/>
              <w:t>Afwezig en verzonken in gedachten</w:t>
            </w:r>
          </w:p>
        </w:tc>
        <w:tc>
          <w:tcPr>
            <w:tcW w:type="dxa" w:w="6350"/>
            <w:vAlign w:val="center"/>
          </w:tcPr>
          <w:p>
            <w:r>
              <w:t>Dreamy</w:t>
              <w:br/>
              <w:t>Feeling absent-minded and lost in thought.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5" name="Picture 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871172ed7b104e597c1ddc343028b95.png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Verward</w:t>
            </w:r>
            <w:r>
              <w:br/>
              <w:t>Niet begrijpen wat er gebeurt</w:t>
            </w:r>
          </w:p>
        </w:tc>
        <w:tc>
          <w:tcPr>
            <w:tcW w:type="dxa" w:w="6350"/>
            <w:vAlign w:val="center"/>
          </w:tcPr>
          <w:p>
            <w:r>
              <w:t>Confused</w:t>
              <w:br/>
              <w:t>Not understanding what is happening.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6" name="Picture 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0d9f359e7c5aa0c68fddde329ae9ddf.png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Vertwijfeld</w:t>
            </w:r>
            <w:r>
              <w:br/>
              <w:t>Twijfelen door tegenstrijdige indrukken</w:t>
            </w:r>
          </w:p>
        </w:tc>
        <w:tc>
          <w:tcPr>
            <w:tcW w:type="dxa" w:w="6350"/>
            <w:vAlign w:val="center"/>
          </w:tcPr>
          <w:p>
            <w:r>
              <w:t>Doubtful</w:t>
              <w:br/>
              <w:t>Doubting because of conflicting impressions.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7" name="Picture 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4f59bc454e8c23441f67d10d8981d9b.png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Tegenstrijdig</w:t>
            </w:r>
            <w:r>
              <w:br/>
              <w:t>Twee gevoelens tegelijk ervaren</w:t>
            </w:r>
          </w:p>
        </w:tc>
        <w:tc>
          <w:tcPr>
            <w:tcW w:type="dxa" w:w="6350"/>
            <w:vAlign w:val="center"/>
          </w:tcPr>
          <w:p>
            <w:r>
              <w:t>Contradictory</w:t>
              <w:br/>
              <w:t>Experiencing two conflicting feelings at the same time.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8" name="Picture 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06de000aac7b9485f769b9c30188d7f.png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Tweeslachtig</w:t>
            </w:r>
            <w:r>
              <w:br/>
              <w:t>Innerlijk verdeeld tussen keuzes</w:t>
            </w:r>
          </w:p>
        </w:tc>
        <w:tc>
          <w:tcPr>
            <w:tcW w:type="dxa" w:w="6350"/>
            <w:vAlign w:val="center"/>
          </w:tcPr>
          <w:p>
            <w:r>
              <w:t>Ambivalent</w:t>
              <w:br/>
              <w:t>Feeling inwardly divided between choices.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89" name="Picture 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3cc2d47483319716d0d8202a274408f.png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Dubbel</w:t>
            </w:r>
            <w:r>
              <w:br/>
              <w:t>Meerdere betekenissen tegelik ervaren</w:t>
            </w:r>
          </w:p>
        </w:tc>
        <w:tc>
          <w:tcPr>
            <w:tcW w:type="dxa" w:w="6350"/>
            <w:vAlign w:val="center"/>
          </w:tcPr>
          <w:p>
            <w:r>
              <w:t>Mixed</w:t>
              <w:br/>
              <w:t>Experiencing several meanings or feelings at the same time.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0" name="Picture 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f89b35f1afd8f9067daad0b05d54cea.png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Geprikkeld</w:t>
            </w:r>
            <w:r>
              <w:br/>
              <w:t>Licht geactiveerd door een indruk</w:t>
            </w:r>
          </w:p>
        </w:tc>
        <w:tc>
          <w:tcPr>
            <w:tcW w:type="dxa" w:w="6350"/>
            <w:vAlign w:val="center"/>
          </w:tcPr>
          <w:p>
            <w:r>
              <w:t>Irritated</w:t>
              <w:br/>
              <w:t>Feeling mildly activated by an impression.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1" name="Picture 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ccd758691db8d40510999c9c0ae9820.png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Geconfronteerd</w:t>
            </w:r>
            <w:r>
              <w:br/>
              <w:t>Direct geraakt door een onverwachte waarheid</w:t>
            </w:r>
          </w:p>
        </w:tc>
        <w:tc>
          <w:tcPr>
            <w:tcW w:type="dxa" w:w="6350"/>
            <w:vAlign w:val="center"/>
          </w:tcPr>
          <w:p>
            <w:r>
              <w:t>Confronted</w:t>
              <w:br/>
              <w:t>Being directly affected by an unexpected truth.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2" name="Picture 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ed980fce9c75c1fdbfb9e5d2e441c9c.png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Verbaasd</w:t>
            </w:r>
            <w:r>
              <w:br/>
              <w:t>Verrast door iets nieuws of onverwachts</w:t>
            </w:r>
          </w:p>
        </w:tc>
        <w:tc>
          <w:tcPr>
            <w:tcW w:type="dxa" w:w="6350"/>
            <w:vAlign w:val="center"/>
          </w:tcPr>
          <w:p>
            <w:r>
              <w:t>Surprised</w:t>
              <w:br/>
              <w:t>Being surprised by something new or unexpected.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3" name="Picture 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7edff12d15bcf723e40b37e1b186eaf.png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Bereidwillig</w:t>
            </w:r>
            <w:r>
              <w:br/>
              <w:t>Open staan voor nieuwe indrukken</w:t>
            </w:r>
          </w:p>
        </w:tc>
        <w:tc>
          <w:tcPr>
            <w:tcW w:type="dxa" w:w="6350"/>
            <w:vAlign w:val="center"/>
          </w:tcPr>
          <w:p>
            <w:r>
              <w:t>Willing</w:t>
              <w:br/>
              <w:t>Being open to new impressions.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4" name="Picture 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6615230596a7de4737c5a4b1de13da3.png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Blank</w:t>
            </w:r>
            <w:r>
              <w:br/>
              <w:t>Open en zonder oordeel waarnemen</w:t>
            </w:r>
          </w:p>
        </w:tc>
        <w:tc>
          <w:tcPr>
            <w:tcW w:type="dxa" w:w="6350"/>
            <w:vAlign w:val="center"/>
          </w:tcPr>
          <w:p>
            <w:r>
              <w:t>Blank</w:t>
              <w:br/>
              <w:t>Observing openly and without judgment.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5" name="Picture 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e5f6eb3e582e40863b40f3b76e2706b.png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Nieuwsgierig</w:t>
            </w:r>
            <w:r>
              <w:br/>
              <w:t>Willen ontdekken en begrijpen</w:t>
            </w:r>
          </w:p>
        </w:tc>
        <w:tc>
          <w:tcPr>
            <w:tcW w:type="dxa" w:w="6350"/>
            <w:vAlign w:val="center"/>
          </w:tcPr>
          <w:p>
            <w:r>
              <w:t>Curious</w:t>
              <w:br/>
              <w:t>Wanting to discover and understand.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6" name="Picture 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e58783e77adfec062f13ff7d7f0d22.png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Aandachtig</w:t>
            </w:r>
            <w:r>
              <w:br/>
              <w:t>Gericht en geconcentreerd waarnemen</w:t>
            </w:r>
          </w:p>
        </w:tc>
        <w:tc>
          <w:tcPr>
            <w:tcW w:type="dxa" w:w="6350"/>
            <w:vAlign w:val="center"/>
          </w:tcPr>
          <w:p>
            <w:r>
              <w:t>Attentive</w:t>
              <w:br/>
              <w:t>Observing with focus and concentration.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7" name="Picture 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34a9964496dfb88840c7067ea161b82.png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Verbluft</w:t>
            </w:r>
            <w:r>
              <w:br/>
              <w:t>Sterk onder de indruk en even stilgezet</w:t>
            </w:r>
          </w:p>
        </w:tc>
        <w:tc>
          <w:tcPr>
            <w:tcW w:type="dxa" w:w="6350"/>
            <w:vAlign w:val="center"/>
          </w:tcPr>
          <w:p>
            <w:r>
              <w:t>Amazed</w:t>
              <w:br/>
              <w:t>Being strongly impressed and momentarily stopped in your tracks.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8" name="Picture 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eef8180b94b931779a95ef52813de8a.png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Geïnteresseerd</w:t>
            </w:r>
            <w:r>
              <w:br/>
              <w:t>Aandacht en betrokkenheid tonen</w:t>
            </w:r>
          </w:p>
        </w:tc>
        <w:tc>
          <w:tcPr>
            <w:tcW w:type="dxa" w:w="6350"/>
            <w:vAlign w:val="center"/>
          </w:tcPr>
          <w:p>
            <w:r>
              <w:t>Interested</w:t>
              <w:br/>
              <w:t>Showing attention and involvement.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99" name="Picture 9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5d4e835b37f22065a7383d07ccd3929.png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Geïntrigeerd</w:t>
            </w:r>
            <w:r>
              <w:br/>
              <w:t>Gefascineerd en verder willen onderzoeken</w:t>
            </w:r>
          </w:p>
        </w:tc>
        <w:tc>
          <w:tcPr>
            <w:tcW w:type="dxa" w:w="6350"/>
            <w:vAlign w:val="center"/>
          </w:tcPr>
          <w:p>
            <w:r>
              <w:t>Intrigued</w:t>
              <w:br/>
              <w:t>Feeling fascinated and wanting to explore further.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0" name="Picture 1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726bcceba4c672ae1b68a01e2d7e38.png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Verwonderd</w:t>
            </w:r>
            <w:r>
              <w:br/>
              <w:t>Open en geraakt door iets bijzonders</w:t>
            </w:r>
          </w:p>
        </w:tc>
        <w:tc>
          <w:tcPr>
            <w:tcW w:type="dxa" w:w="6350"/>
            <w:vAlign w:val="center"/>
          </w:tcPr>
          <w:p>
            <w:r>
              <w:t>Wondering</w:t>
              <w:br/>
              <w:t>Being open to and touched by something remarkable.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t>Schaamte / Schuld — Shame / Guilt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680"/>
        <w:gridCol w:w="6350"/>
        <w:gridCol w:w="6350"/>
      </w:tblGrid>
      <w:tr>
        <w:tc>
          <w:tcPr>
            <w:tcW w:type="dxa" w:w="1247"/>
            <w:vAlign w:val="center"/>
          </w:tcPr>
          <w:p>
            <w:r>
              <w:rPr>
                <w:b/>
              </w:rPr>
              <w:t>Emoticon</w:t>
            </w:r>
          </w:p>
        </w:tc>
        <w:tc>
          <w:tcPr>
            <w:tcW w:type="dxa" w:w="680"/>
            <w:shd w:fill="E7E9ED"/>
            <w:vAlign w:val="center"/>
          </w:tcPr>
          <w:p>
            <w:r>
              <w:rPr>
                <w:b/>
              </w:rPr>
              <w:t>Nr.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Nederlands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English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1" name="Picture 1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ac7a17ab2ef47c408560349a9515072.png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Zelfhaat</w:t>
            </w:r>
            <w:r>
              <w:br/>
              <w:t>Sterke afwijzing van jezelf als persoon</w:t>
            </w:r>
          </w:p>
        </w:tc>
        <w:tc>
          <w:tcPr>
            <w:tcW w:type="dxa" w:w="6350"/>
            <w:vAlign w:val="center"/>
          </w:tcPr>
          <w:p>
            <w:r>
              <w:t>Self-hatred</w:t>
              <w:br/>
              <w:t>A strong rejection of yourself as a person.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2" name="Picture 10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4e772c88e5faa72d685f1a38caf1455.png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Vernederd</w:t>
            </w:r>
            <w:r>
              <w:br/>
              <w:t>Je klein en aangetast voelen</w:t>
            </w:r>
          </w:p>
        </w:tc>
        <w:tc>
          <w:tcPr>
            <w:tcW w:type="dxa" w:w="6350"/>
            <w:vAlign w:val="center"/>
          </w:tcPr>
          <w:p>
            <w:r>
              <w:t>Humiliated</w:t>
              <w:br/>
              <w:t>Feeling diminished and harmed in your dignity.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3" name="Picture 1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195bcdd877d5fc6581bab18dfaf1e54.png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Verwijtend</w:t>
            </w:r>
            <w:r>
              <w:br/>
              <w:t>lets kwalijk nemen, jezelf of een ander</w:t>
            </w:r>
          </w:p>
        </w:tc>
        <w:tc>
          <w:tcPr>
            <w:tcW w:type="dxa" w:w="6350"/>
            <w:vAlign w:val="center"/>
          </w:tcPr>
          <w:p>
            <w:r>
              <w:t>Reproachful</w:t>
              <w:br/>
              <w:t>Blaming yourself or someone else for something.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4" name="Picture 10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9817b21ebf444bee3592b748451c31e.png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Verraden</w:t>
            </w:r>
            <w:r>
              <w:br/>
              <w:t>Gekwetst door gebroken vertrouwen</w:t>
            </w:r>
          </w:p>
        </w:tc>
        <w:tc>
          <w:tcPr>
            <w:tcW w:type="dxa" w:w="6350"/>
            <w:vAlign w:val="center"/>
          </w:tcPr>
          <w:p>
            <w:r>
              <w:t>Betrayed</w:t>
              <w:br/>
              <w:t>Feeling hurt because trust has been broken.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5" name="Picture 1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c5b83408bafeee01554acdabfd0c1dd.png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4a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Wroeging</w:t>
            </w:r>
            <w:r>
              <w:br/>
              <w:t>Blijvend knagend schuldgevoel</w:t>
            </w:r>
          </w:p>
        </w:tc>
        <w:tc>
          <w:tcPr>
            <w:tcW w:type="dxa" w:w="6350"/>
            <w:vAlign w:val="center"/>
          </w:tcPr>
          <w:p>
            <w:r>
              <w:t>Remorse</w:t>
              <w:br/>
              <w:t>A persistent, gnawing sense of guilt.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6" name="Picture 1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060c2d226907fb6644126e555473561.png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Afgewezen</w:t>
            </w:r>
            <w:r>
              <w:br/>
              <w:t>Niet geaccepteerd of gekozen worden</w:t>
            </w:r>
          </w:p>
        </w:tc>
        <w:tc>
          <w:tcPr>
            <w:tcW w:type="dxa" w:w="6350"/>
            <w:vAlign w:val="center"/>
          </w:tcPr>
          <w:p>
            <w:r>
              <w:t>Rejected</w:t>
              <w:br/>
              <w:t>Not being accepted or chosen.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7" name="Picture 1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6f63acc7623f27c462fcb151e33fed0.png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Waardeloos</w:t>
            </w:r>
            <w:r>
              <w:br/>
              <w:t>Het gevoel hebben niets waard te zijn</w:t>
            </w:r>
          </w:p>
        </w:tc>
        <w:tc>
          <w:tcPr>
            <w:tcW w:type="dxa" w:w="6350"/>
            <w:vAlign w:val="center"/>
          </w:tcPr>
          <w:p>
            <w:r>
              <w:t>Worthless</w:t>
              <w:br/>
              <w:t>Feeling as though you are worth nothing.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8" name="Picture 1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3bf7def89fae4cb68b2b37208b390c0.png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6a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Ongewenst</w:t>
            </w:r>
            <w:r>
              <w:br/>
              <w:t>Het idee dat je er niet mag zijn</w:t>
            </w:r>
          </w:p>
        </w:tc>
        <w:tc>
          <w:tcPr>
            <w:tcW w:type="dxa" w:w="6350"/>
            <w:vAlign w:val="center"/>
          </w:tcPr>
          <w:p>
            <w:r>
              <w:t>Unwanted</w:t>
              <w:br/>
              <w:t>Feeling as though you are not wanted or should not be there.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09" name="Picture 1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3386979af59309ee439b5d643d3e7ee.png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Schuldgevoel</w:t>
            </w:r>
            <w:r>
              <w:br/>
              <w:t>Besef dat je iets verkeerd hebt gedaan</w:t>
            </w:r>
          </w:p>
        </w:tc>
        <w:tc>
          <w:tcPr>
            <w:tcW w:type="dxa" w:w="6350"/>
            <w:vAlign w:val="center"/>
          </w:tcPr>
          <w:p>
            <w:r>
              <w:t>Guilt</w:t>
              <w:br/>
              <w:t>Realizing that you have done something wrong.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0" name="Picture 1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ba3e2b11aa4a0387b9388092754702d.png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Egoïstisch</w:t>
            </w:r>
            <w:r>
              <w:br/>
              <w:t>Jezelf verwijten alleen aan jezelf te denken</w:t>
            </w:r>
          </w:p>
        </w:tc>
        <w:tc>
          <w:tcPr>
            <w:tcW w:type="dxa" w:w="6350"/>
            <w:vAlign w:val="center"/>
          </w:tcPr>
          <w:p>
            <w:r>
              <w:t>Selfish</w:t>
              <w:br/>
              <w:t>Blaming yourself for thinking only of yourself.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1" name="Picture 1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a8ed8c66b77ad7a7682fc4bcdf4e4f3.png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Berouwvol</w:t>
            </w:r>
            <w:r>
              <w:br/>
              <w:t>Spijt voelen en het willen herstellen</w:t>
            </w:r>
          </w:p>
        </w:tc>
        <w:tc>
          <w:tcPr>
            <w:tcW w:type="dxa" w:w="6350"/>
            <w:vAlign w:val="center"/>
          </w:tcPr>
          <w:p>
            <w:r>
              <w:t>Remorseful</w:t>
              <w:br/>
              <w:t>Feeling regret and wanting to make things right.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2" name="Picture 1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112f53ffee46cffbc5874656b489bf9.png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Schaamte</w:t>
            </w:r>
            <w:r>
              <w:br/>
              <w:t>Gevoel dat jij niet goed genoeg bent</w:t>
            </w:r>
          </w:p>
        </w:tc>
        <w:tc>
          <w:tcPr>
            <w:tcW w:type="dxa" w:w="6350"/>
            <w:vAlign w:val="center"/>
          </w:tcPr>
          <w:p>
            <w:r>
              <w:t>Shame</w:t>
              <w:br/>
              <w:t>Feeling that you are not good enough.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3" name="Picture 1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43f003800a998ee8fea48091ec0b1bc.png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Minderwaardig</w:t>
            </w:r>
            <w:r>
              <w:br/>
              <w:t>Jezelf lager inschatten dan anderen</w:t>
            </w:r>
          </w:p>
        </w:tc>
        <w:tc>
          <w:tcPr>
            <w:tcW w:type="dxa" w:w="6350"/>
            <w:vAlign w:val="center"/>
          </w:tcPr>
          <w:p>
            <w:r>
              <w:t>Inferior</w:t>
              <w:br/>
              <w:t>Seeing yourself as less worthy than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4" name="Picture 1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0fc0cc26b2878a252efa753d3814927.png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Misbruikt</w:t>
            </w:r>
            <w:r>
              <w:br/>
              <w:t>Over je grenzen gegaan voelen</w:t>
            </w:r>
          </w:p>
        </w:tc>
        <w:tc>
          <w:tcPr>
            <w:tcW w:type="dxa" w:w="6350"/>
            <w:vAlign w:val="center"/>
          </w:tcPr>
          <w:p>
            <w:r>
              <w:t>Abused</w:t>
              <w:br/>
              <w:t>Feeling that your boundaries have been violated.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5" name="Picture 1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e10af900a3034a4ae25defc3c3cb618.png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Gebruikt</w:t>
            </w:r>
            <w:r>
              <w:br/>
              <w:t>Allen nuttig geweest zijn voor iets</w:t>
            </w:r>
          </w:p>
        </w:tc>
        <w:tc>
          <w:tcPr>
            <w:tcW w:type="dxa" w:w="6350"/>
            <w:vAlign w:val="center"/>
          </w:tcPr>
          <w:p>
            <w:r>
              <w:t>Used</w:t>
              <w:br/>
              <w:t>Feeling that you were only useful for a purpose.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6" name="Picture 1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00c09396407113bafecd21328cd0623.png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Onderdrukt</w:t>
            </w:r>
            <w:r>
              <w:br/>
              <w:t>Jezelf niet mogen of durven uiten</w:t>
            </w:r>
          </w:p>
        </w:tc>
        <w:tc>
          <w:tcPr>
            <w:tcW w:type="dxa" w:w="6350"/>
            <w:vAlign w:val="center"/>
          </w:tcPr>
          <w:p>
            <w:r>
              <w:t>Suppressed</w:t>
              <w:br/>
              <w:t>Feeling unable or afraid to express yourself.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7" name="Picture 1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4ca844da815fe488d448374bd121cdc.png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Opgesloten</w:t>
            </w:r>
            <w:r>
              <w:br/>
              <w:t>Vastzitten in jezelf of je situatie</w:t>
            </w:r>
          </w:p>
        </w:tc>
        <w:tc>
          <w:tcPr>
            <w:tcW w:type="dxa" w:w="6350"/>
            <w:vAlign w:val="center"/>
          </w:tcPr>
          <w:p>
            <w:r>
              <w:t>Confined</w:t>
              <w:br/>
              <w:t>Feeling trapped within yourself or your situation.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8" name="Picture 1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454f7eddd8f4e6cbde9856b8d949431.png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Beperkt</w:t>
            </w:r>
            <w:r>
              <w:br/>
              <w:t>Tegengehouden worden in wie je bent</w:t>
            </w:r>
          </w:p>
        </w:tc>
        <w:tc>
          <w:tcPr>
            <w:tcW w:type="dxa" w:w="6350"/>
            <w:vAlign w:val="center"/>
          </w:tcPr>
          <w:p>
            <w:r>
              <w:t>Restricted</w:t>
              <w:br/>
              <w:t>Being held back from being who you are.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19" name="Picture 1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1b2ae828512574d72fa96e9ea6e070e.png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Gedwongen</w:t>
            </w:r>
            <w:r>
              <w:br/>
              <w:t>Geen keuze voelen, tegen je wil in</w:t>
            </w:r>
          </w:p>
        </w:tc>
        <w:tc>
          <w:tcPr>
            <w:tcW w:type="dxa" w:w="6350"/>
            <w:vAlign w:val="center"/>
          </w:tcPr>
          <w:p>
            <w:r>
              <w:t>Forced</w:t>
              <w:br/>
              <w:t>Feeling that you have no choice and must act against your will.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0" name="Picture 1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2890e20478004ba7e6df7872a3c71fb.png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Minachting</w:t>
            </w:r>
            <w:r>
              <w:br/>
              <w:t>Neerkijken op jezelf of een ander</w:t>
            </w:r>
          </w:p>
        </w:tc>
        <w:tc>
          <w:tcPr>
            <w:tcW w:type="dxa" w:w="6350"/>
            <w:vAlign w:val="center"/>
          </w:tcPr>
          <w:p>
            <w:r>
              <w:t>Contempt</w:t>
              <w:br/>
              <w:t>Looking down on yourself or someone else.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1" name="Picture 1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b1a3452c602d1066c95a44bb47c33e5.png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Machtig</w:t>
            </w:r>
            <w:r>
              <w:br/>
              <w:t>Je groot voelen ten koste van anderen</w:t>
            </w:r>
          </w:p>
        </w:tc>
        <w:tc>
          <w:tcPr>
            <w:tcW w:type="dxa" w:w="6350"/>
            <w:vAlign w:val="center"/>
          </w:tcPr>
          <w:p>
            <w:r>
              <w:t>Powerful</w:t>
              <w:br/>
              <w:t>Feeling powerful at the expense of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2" name="Picture 1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11a66fc8be47cc72eaf3039a428acbd.png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Verachten</w:t>
            </w:r>
            <w:r>
              <w:br/>
              <w:t>lemand of jezelf minderwaardig vinden</w:t>
            </w:r>
          </w:p>
        </w:tc>
        <w:tc>
          <w:tcPr>
            <w:tcW w:type="dxa" w:w="6350"/>
            <w:vAlign w:val="center"/>
          </w:tcPr>
          <w:p>
            <w:r>
              <w:t>Despise</w:t>
              <w:br/>
              <w:t>Considering yourself or someone else inferior.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3" name="Picture 1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b6c5cd96c0466d65a2e950e189ce906.png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Antipathie</w:t>
            </w:r>
            <w:r>
              <w:br/>
              <w:t>Sterke afkeer zonder duideliike reden</w:t>
            </w:r>
          </w:p>
        </w:tc>
        <w:tc>
          <w:tcPr>
            <w:tcW w:type="dxa" w:w="6350"/>
            <w:vAlign w:val="center"/>
          </w:tcPr>
          <w:p>
            <w:r>
              <w:t>Antipathy</w:t>
              <w:br/>
              <w:t>A strong dislike without a clear reason.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4" name="Picture 1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d08f445da14bd224f35a00950f52c10.png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Hekel</w:t>
            </w:r>
            <w:r>
              <w:br/>
              <w:t>Actieve afkeer of irritatie voelen</w:t>
            </w:r>
          </w:p>
        </w:tc>
        <w:tc>
          <w:tcPr>
            <w:tcW w:type="dxa" w:w="6350"/>
            <w:vAlign w:val="center"/>
          </w:tcPr>
          <w:p>
            <w:r>
              <w:t>Dislike</w:t>
              <w:br/>
              <w:t>Feeling active dislike or irritation.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5" name="Picture 1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e311625cdf1aa50a6f79634480b7645.png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Sarcastisch</w:t>
            </w:r>
            <w:r>
              <w:br/>
              <w:t>Stekelig reageren met verborgen kritiek</w:t>
            </w:r>
          </w:p>
        </w:tc>
        <w:tc>
          <w:tcPr>
            <w:tcW w:type="dxa" w:w="6350"/>
            <w:vAlign w:val="center"/>
          </w:tcPr>
          <w:p>
            <w:r>
              <w:t>Sarcastic</w:t>
              <w:br/>
              <w:t>Responding sharply with hidden criticism.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6" name="Picture 1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6f5324e68370607df59f9c586c6a5bc.png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Gekleineerd</w:t>
            </w:r>
            <w:r>
              <w:br/>
              <w:t>Je kleiner gemaakt voelen door anderen</w:t>
            </w:r>
          </w:p>
        </w:tc>
        <w:tc>
          <w:tcPr>
            <w:tcW w:type="dxa" w:w="6350"/>
            <w:vAlign w:val="center"/>
          </w:tcPr>
          <w:p>
            <w:r>
              <w:t>Belittled</w:t>
              <w:br/>
              <w:t>Feeling made smaller or less important by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7" name="Picture 1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89ae51caaab72ef4b4b14cae5d8fcf0.png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24a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Klein</w:t>
            </w:r>
            <w:r>
              <w:br/>
              <w:t>Jezelf onbeduidend of onzeker voelen</w:t>
            </w:r>
          </w:p>
        </w:tc>
        <w:tc>
          <w:tcPr>
            <w:tcW w:type="dxa" w:w="6350"/>
            <w:vAlign w:val="center"/>
          </w:tcPr>
          <w:p>
            <w:r>
              <w:t>Small</w:t>
              <w:br/>
              <w:t>Feeling insignificant or insecure.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8" name="Picture 1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d2c819e87671344774ad6b91b2b0067.png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Te dik of te dun</w:t>
            </w:r>
            <w:r>
              <w:br/>
              <w:t>Het gevoel hebben tekort te schieten</w:t>
            </w:r>
          </w:p>
        </w:tc>
        <w:tc>
          <w:tcPr>
            <w:tcW w:type="dxa" w:w="6350"/>
            <w:vAlign w:val="center"/>
          </w:tcPr>
          <w:p>
            <w:r>
              <w:t>Inferior</w:t>
              <w:br/>
              <w:t>Feeling that you fall short or are not good enough.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29" name="Picture 1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ff74f12b2845cb14a07a465236f7119.png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Niet gezien voelen</w:t>
            </w:r>
            <w:r>
              <w:br/>
              <w:t>Ervaren dat je er niet toe doet</w:t>
            </w:r>
          </w:p>
        </w:tc>
        <w:tc>
          <w:tcPr>
            <w:tcW w:type="dxa" w:w="6350"/>
            <w:vAlign w:val="center"/>
          </w:tcPr>
          <w:p>
            <w:r>
              <w:t>Feeling unseen</w:t>
              <w:br/>
              <w:t>Feeling that you do not matter or are not noticed.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0" name="Picture 1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26ef90676a7c6c6d340699a3d8ed8b4.png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In de steek gelaten - Verlaten</w:t>
            </w:r>
            <w:r>
              <w:br/>
              <w:t>Alleen achtergelaten worden</w:t>
            </w:r>
          </w:p>
        </w:tc>
        <w:tc>
          <w:tcPr>
            <w:tcW w:type="dxa" w:w="6350"/>
            <w:vAlign w:val="center"/>
          </w:tcPr>
          <w:p>
            <w:r>
              <w:t>Abandoned</w:t>
              <w:br/>
              <w:t>Being left behind and alone.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1" name="Picture 1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ae41c9666de13dd75a126a709915181.png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Misdeeld - Onvoldoende</w:t>
            </w:r>
            <w:r>
              <w:br/>
              <w:t>Gevoel dat je tekort bent gedaan</w:t>
            </w:r>
          </w:p>
        </w:tc>
        <w:tc>
          <w:tcPr>
            <w:tcW w:type="dxa" w:w="6350"/>
            <w:vAlign w:val="center"/>
          </w:tcPr>
          <w:p>
            <w:r>
              <w:t>Deprived</w:t>
              <w:br/>
              <w:t>Feeling that you have been deprived or given too little.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2" name="Picture 1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69048934f1f47cb67abccd0a85d616c.png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28a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Miskend</w:t>
            </w:r>
            <w:r>
              <w:br/>
              <w:t>Niet erkend worden voor wie je bent</w:t>
            </w:r>
          </w:p>
        </w:tc>
        <w:tc>
          <w:tcPr>
            <w:tcW w:type="dxa" w:w="6350"/>
            <w:vAlign w:val="center"/>
          </w:tcPr>
          <w:p>
            <w:r>
              <w:t>Unrecognized</w:t>
              <w:br/>
              <w:t>Not being recognized for who you are.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3" name="Picture 1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4e3f41f6b203e99882b01839b78740.png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Meerderwaardig</w:t>
            </w:r>
            <w:r>
              <w:br/>
              <w:t>Je beter voelen dan anderen</w:t>
            </w:r>
          </w:p>
        </w:tc>
        <w:tc>
          <w:tcPr>
            <w:tcW w:type="dxa" w:w="6350"/>
            <w:vAlign w:val="center"/>
          </w:tcPr>
          <w:p>
            <w:r>
              <w:t>Superior</w:t>
              <w:br/>
              <w:t>Feeling better or more important than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4" name="Picture 1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3563454d50953b15b07b41f7fd7cc8b.png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Spijt</w:t>
            </w:r>
            <w:r>
              <w:br/>
              <w:t>Wensen dat je iets anders had gedaan</w:t>
            </w:r>
          </w:p>
        </w:tc>
        <w:tc>
          <w:tcPr>
            <w:tcW w:type="dxa" w:w="6350"/>
            <w:vAlign w:val="center"/>
          </w:tcPr>
          <w:p>
            <w:r>
              <w:t>Regret</w:t>
              <w:br/>
              <w:t>Wishing you had done something differently.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5" name="Picture 1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6e77261ffe18b2e31741735c4713ca1.png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Misleid</w:t>
            </w:r>
            <w:r>
              <w:br/>
              <w:t>Bedrogen of verkeerd geinformeerd zijn</w:t>
            </w:r>
          </w:p>
        </w:tc>
        <w:tc>
          <w:tcPr>
            <w:tcW w:type="dxa" w:w="6350"/>
            <w:vAlign w:val="center"/>
          </w:tcPr>
          <w:p>
            <w:r>
              <w:t>Misled</w:t>
              <w:br/>
              <w:t>Having been deceived or given incorrect information.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6" name="Picture 1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dfbcf7f681ca1760eb3b0960539908c.png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In de maling genomen</w:t>
            </w:r>
            <w:r>
              <w:br/>
              <w:t>Niet serieus genomen of voor gek gezet</w:t>
            </w:r>
          </w:p>
        </w:tc>
        <w:tc>
          <w:tcPr>
            <w:tcW w:type="dxa" w:w="6350"/>
            <w:vAlign w:val="center"/>
          </w:tcPr>
          <w:p>
            <w:r>
              <w:t>Fooled</w:t>
              <w:br/>
              <w:t>Feeling that you were not taken seriously or were made a fool of.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7" name="Picture 1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348769c5c7479b1bf03a15929f5623a.png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Onnozel</w:t>
            </w:r>
            <w:r>
              <w:br/>
              <w:t>Je dom of naief voelen</w:t>
            </w:r>
          </w:p>
        </w:tc>
        <w:tc>
          <w:tcPr>
            <w:tcW w:type="dxa" w:w="6350"/>
            <w:vAlign w:val="center"/>
          </w:tcPr>
          <w:p>
            <w:r>
              <w:t>Foolish</w:t>
              <w:br/>
              <w:t>Feeling foolish or naive.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8" name="Picture 1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fdca61c4d1353fb99a7f2619cb32bb3.png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Genegeerd - Opgelaten</w:t>
            </w:r>
            <w:r>
              <w:br/>
              <w:t>Je ongemakkelijk en overgeslagen voelen</w:t>
            </w:r>
          </w:p>
        </w:tc>
        <w:tc>
          <w:tcPr>
            <w:tcW w:type="dxa" w:w="6350"/>
            <w:vAlign w:val="center"/>
          </w:tcPr>
          <w:p>
            <w:r>
              <w:t>Ignored - Embarrassed</w:t>
              <w:br/>
              <w:t>Feeling uncomfortable and overlooked.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39" name="Picture 1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f9d970592ba88a5e044f9420fe11fc0.png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Valse Bescheidenheid</w:t>
            </w:r>
            <w:r>
              <w:br/>
              <w:t>Jezelf kleiner maken dan je bent</w:t>
            </w:r>
          </w:p>
        </w:tc>
        <w:tc>
          <w:tcPr>
            <w:tcW w:type="dxa" w:w="6350"/>
            <w:vAlign w:val="center"/>
          </w:tcPr>
          <w:p>
            <w:r>
              <w:t>False modesty</w:t>
              <w:br/>
              <w:t>Making yourself seem less capable or important than you are.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0" name="Picture 1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0045a8bd96ff3c234c2425c155e8472.png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Onderdanig</w:t>
            </w:r>
            <w:r>
              <w:br/>
              <w:t>Jezelf ondergeschikt maken aan anderen</w:t>
            </w:r>
          </w:p>
        </w:tc>
        <w:tc>
          <w:tcPr>
            <w:tcW w:type="dxa" w:w="6350"/>
            <w:vAlign w:val="center"/>
          </w:tcPr>
          <w:p>
            <w:r>
              <w:t>Submissive</w:t>
              <w:br/>
              <w:t>Making yourself subordinate to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1" name="Picture 1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576c7459ceacbd759f879206ed0001d.png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Gebonden</w:t>
            </w:r>
            <w:r>
              <w:br/>
              <w:t>Vastzitten door verwachtingen of verplichtingen</w:t>
            </w:r>
          </w:p>
        </w:tc>
        <w:tc>
          <w:tcPr>
            <w:tcW w:type="dxa" w:w="6350"/>
            <w:vAlign w:val="center"/>
          </w:tcPr>
          <w:p>
            <w:r>
              <w:t>Bound</w:t>
              <w:br/>
              <w:t>Feeling tied down by expectations or obligations.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2" name="Picture 1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933045866eac460cae8a553512d0400.png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Ontzag</w:t>
            </w:r>
            <w:r>
              <w:br/>
              <w:t>Je klein voelen tegenover iets groots</w:t>
            </w:r>
          </w:p>
        </w:tc>
        <w:tc>
          <w:tcPr>
            <w:tcW w:type="dxa" w:w="6350"/>
            <w:vAlign w:val="center"/>
          </w:tcPr>
          <w:p>
            <w:r>
              <w:t>Awe</w:t>
              <w:br/>
              <w:t>Feeling small in the presence of something great.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3" name="Picture 1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49586eb2f667a1386c9b26c7473479e.png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Incompetent</w:t>
            </w:r>
            <w:r>
              <w:br/>
              <w:t>Twijfelen aan je eigen kunnen</w:t>
            </w:r>
          </w:p>
        </w:tc>
        <w:tc>
          <w:tcPr>
            <w:tcW w:type="dxa" w:w="6350"/>
            <w:vAlign w:val="center"/>
          </w:tcPr>
          <w:p>
            <w:r>
              <w:t>Incompetent</w:t>
              <w:br/>
              <w:t>Doubting your own abilities.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4" name="Picture 1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5538cd53a371bdcb1a69a7e00c1eaa.png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Onzeker</w:t>
            </w:r>
            <w:r>
              <w:br/>
              <w:t>Twijfelen aan jezelt of je keuzes</w:t>
            </w:r>
          </w:p>
        </w:tc>
        <w:tc>
          <w:tcPr>
            <w:tcW w:type="dxa" w:w="6350"/>
            <w:vAlign w:val="center"/>
          </w:tcPr>
          <w:p>
            <w:r>
              <w:t>Insecure</w:t>
              <w:br/>
              <w:t>Doubting yourself or your choices.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5" name="Picture 1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77c452860cd394cbfd523f560f683b4.png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Naïef - Onschuldig</w:t>
            </w:r>
            <w:r>
              <w:br/>
              <w:t>Onervaren en goedgelovig zijn</w:t>
            </w:r>
          </w:p>
        </w:tc>
        <w:tc>
          <w:tcPr>
            <w:tcW w:type="dxa" w:w="6350"/>
            <w:vAlign w:val="center"/>
          </w:tcPr>
          <w:p>
            <w:r>
              <w:t>Naive - Innocent</w:t>
              <w:br/>
              <w:t>Being inexperienced and trusting.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6" name="Picture 1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d930ac059c6b0adb591b9573d147d78.png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Acceptatie</w:t>
            </w:r>
            <w:r>
              <w:br/>
              <w:t>Erkennen wat is zonder verzet</w:t>
            </w:r>
          </w:p>
        </w:tc>
        <w:tc>
          <w:tcPr>
            <w:tcW w:type="dxa" w:w="6350"/>
            <w:vAlign w:val="center"/>
          </w:tcPr>
          <w:p>
            <w:r>
              <w:t>Acceptance</w:t>
              <w:br/>
              <w:t>Acknowledging what is, without resisting it.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t>Liefde — Love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680"/>
        <w:gridCol w:w="6350"/>
        <w:gridCol w:w="6350"/>
      </w:tblGrid>
      <w:tr>
        <w:tc>
          <w:tcPr>
            <w:tcW w:type="dxa" w:w="1247"/>
            <w:vAlign w:val="center"/>
          </w:tcPr>
          <w:p>
            <w:r>
              <w:rPr>
                <w:b/>
              </w:rPr>
              <w:t>Emoticon</w:t>
            </w:r>
          </w:p>
        </w:tc>
        <w:tc>
          <w:tcPr>
            <w:tcW w:type="dxa" w:w="680"/>
            <w:shd w:fill="E7E9ED"/>
            <w:vAlign w:val="center"/>
          </w:tcPr>
          <w:p>
            <w:r>
              <w:rPr>
                <w:b/>
              </w:rPr>
              <w:t>Nr.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Nederlands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English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7" name="Picture 1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7a6f3057047ba2fb019bcdc6966f17.png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Ongelukkig</w:t>
            </w:r>
            <w:r>
              <w:br/>
              <w:t>Liefde ervaren met pijn of gemis</w:t>
            </w:r>
          </w:p>
        </w:tc>
        <w:tc>
          <w:tcPr>
            <w:tcW w:type="dxa" w:w="6350"/>
            <w:vAlign w:val="center"/>
          </w:tcPr>
          <w:p>
            <w:r>
              <w:t>Unhappy</w:t>
              <w:br/>
              <w:t>Experiencing love together with pain or loss.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8" name="Picture 1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6a301a35f7ba33d2dc8bbd16cff6e28.png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Afgesloten</w:t>
            </w:r>
            <w:r>
              <w:br/>
              <w:t>Je hart dicht houden voor verbinding</w:t>
            </w:r>
          </w:p>
        </w:tc>
        <w:tc>
          <w:tcPr>
            <w:tcW w:type="dxa" w:w="6350"/>
            <w:vAlign w:val="center"/>
          </w:tcPr>
          <w:p>
            <w:r>
              <w:t>Closed off</w:t>
              <w:br/>
              <w:t>Keeping your heart closed to connection.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49" name="Picture 1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df3cd56374612b6aaff1749501e4e81.png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Verdringen</w:t>
            </w:r>
            <w:r>
              <w:br/>
              <w:t>Gevoelens wegduwen om pijn te vermijden</w:t>
            </w:r>
          </w:p>
        </w:tc>
        <w:tc>
          <w:tcPr>
            <w:tcW w:type="dxa" w:w="6350"/>
            <w:vAlign w:val="center"/>
          </w:tcPr>
          <w:p>
            <w:r>
              <w:t>Suppressing</w:t>
              <w:br/>
              <w:t>Pushing feelings away to avoid pain.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0" name="Picture 1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f3852c785b22246b2c8a9768b194d4.png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Vervreemd</w:t>
            </w:r>
            <w:r>
              <w:br/>
              <w:t>Je los voelen van jezelf of anderen</w:t>
            </w:r>
          </w:p>
        </w:tc>
        <w:tc>
          <w:tcPr>
            <w:tcW w:type="dxa" w:w="6350"/>
            <w:vAlign w:val="center"/>
          </w:tcPr>
          <w:p>
            <w:r>
              <w:t>Alienated</w:t>
              <w:br/>
              <w:t>Feeling disconnected from yourself or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1" name="Picture 1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3023748da78b5c55b2c434aa931a15b.png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Eenzaam</w:t>
            </w:r>
            <w:r>
              <w:br/>
              <w:t>Gebrek aan echte verbinding ervaren</w:t>
            </w:r>
          </w:p>
        </w:tc>
        <w:tc>
          <w:tcPr>
            <w:tcW w:type="dxa" w:w="6350"/>
            <w:vAlign w:val="center"/>
          </w:tcPr>
          <w:p>
            <w:r>
              <w:t>Lonely</w:t>
              <w:br/>
              <w:t>Experiencing a lack of genuine connection.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2" name="Picture 1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0894dbc75a657f453a411b056f310d.png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Heimwee</w:t>
            </w:r>
            <w:r>
              <w:br/>
              <w:t>Verlangen naar vertrouwdheid of nabijheid</w:t>
            </w:r>
          </w:p>
        </w:tc>
        <w:tc>
          <w:tcPr>
            <w:tcW w:type="dxa" w:w="6350"/>
            <w:vAlign w:val="center"/>
          </w:tcPr>
          <w:p>
            <w:r>
              <w:t>Homesick</w:t>
              <w:br/>
              <w:t>Longing for familiarity or closeness.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3" name="Picture 1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431b0777df4a02ca2fc6b837a25cb00.png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Afgunst</w:t>
            </w:r>
            <w:r>
              <w:br/>
              <w:t>Willen hebben wat een ander heeft</w:t>
            </w:r>
          </w:p>
        </w:tc>
        <w:tc>
          <w:tcPr>
            <w:tcW w:type="dxa" w:w="6350"/>
            <w:vAlign w:val="center"/>
          </w:tcPr>
          <w:p>
            <w:r>
              <w:t>Envy</w:t>
              <w:br/>
              <w:t>Wanting to have what someone else has.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4" name="Picture 1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6cdbd031043c610f54936e3133e1448.png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Jaloers</w:t>
            </w:r>
            <w:r>
              <w:br/>
              <w:t>Bang zijn om liefde te verliezen</w:t>
            </w:r>
          </w:p>
        </w:tc>
        <w:tc>
          <w:tcPr>
            <w:tcW w:type="dxa" w:w="6350"/>
            <w:vAlign w:val="center"/>
          </w:tcPr>
          <w:p>
            <w:r>
              <w:t>Jealous</w:t>
              <w:br/>
              <w:t>Being afraid of losing love.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5" name="Picture 1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0409b9ba04301aa63b477e7a036d2a6.png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Onjuist</w:t>
            </w:r>
            <w:r>
              <w:br/>
              <w:t>Gevoel dat iets niet klopt in verbinding</w:t>
            </w:r>
          </w:p>
        </w:tc>
        <w:tc>
          <w:tcPr>
            <w:tcW w:type="dxa" w:w="6350"/>
            <w:vAlign w:val="center"/>
          </w:tcPr>
          <w:p>
            <w:r>
              <w:t>Wrong</w:t>
              <w:br/>
              <w:t>Feeling that something is not right in the connection.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6" name="Picture 1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7122007947111d5f496b1645b6d4f1e.png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Smachtend</w:t>
            </w:r>
            <w:r>
              <w:br/>
              <w:t>Intens verlangen naar nabijheid</w:t>
            </w:r>
          </w:p>
        </w:tc>
        <w:tc>
          <w:tcPr>
            <w:tcW w:type="dxa" w:w="6350"/>
            <w:vAlign w:val="center"/>
          </w:tcPr>
          <w:p>
            <w:r>
              <w:t>Longing</w:t>
              <w:br/>
              <w:t>An intense longing for closeness.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7" name="Picture 1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a274f17369bcc3a1b5cd74960b224c1.png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Begeerte</w:t>
            </w:r>
            <w:r>
              <w:br/>
              <w:t>Sterk verlangen naar iemand</w:t>
            </w:r>
          </w:p>
        </w:tc>
        <w:tc>
          <w:tcPr>
            <w:tcW w:type="dxa" w:w="6350"/>
            <w:vAlign w:val="center"/>
          </w:tcPr>
          <w:p>
            <w:r>
              <w:t>Desire</w:t>
              <w:br/>
              <w:t>A strong desire for someone.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8" name="Picture 1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12f2ea80a1fede7156d41cb6a5c334.png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Verleiding</w:t>
            </w:r>
            <w:r>
              <w:br/>
              <w:t>Aangetrokken worden door verleiding</w:t>
            </w:r>
          </w:p>
        </w:tc>
        <w:tc>
          <w:tcPr>
            <w:tcW w:type="dxa" w:w="6350"/>
            <w:vAlign w:val="center"/>
          </w:tcPr>
          <w:p>
            <w:r>
              <w:t>Temptation</w:t>
              <w:br/>
              <w:t>Feeling drawn toward a temptation.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59" name="Picture 1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fb6fa0ef797a8ff286cd5641d9a5ca.png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Alleen voelen</w:t>
            </w:r>
            <w:r>
              <w:br/>
              <w:t>Je niet verbonden voelen</w:t>
            </w:r>
          </w:p>
        </w:tc>
        <w:tc>
          <w:tcPr>
            <w:tcW w:type="dxa" w:w="6350"/>
            <w:vAlign w:val="center"/>
          </w:tcPr>
          <w:p>
            <w:r>
              <w:t>Feeling alone</w:t>
              <w:br/>
              <w:t>Feeling disconnected.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0" name="Picture 1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04a9ac14a844f4927e8ebd8aa8c6e15.png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Leegte</w:t>
            </w:r>
            <w:r>
              <w:br/>
              <w:t>Innerlijk gemis van liefde</w:t>
            </w:r>
          </w:p>
        </w:tc>
        <w:tc>
          <w:tcPr>
            <w:tcW w:type="dxa" w:w="6350"/>
            <w:vAlign w:val="center"/>
          </w:tcPr>
          <w:p>
            <w:r>
              <w:t>Emptiness</w:t>
              <w:br/>
              <w:t>An inner absence of love.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1" name="Picture 1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23a3ec67872006fc4086d2f9680a217.png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Iemand missen</w:t>
            </w:r>
            <w:r>
              <w:br/>
              <w:t>Verlangen naar iemand die ontbreekt</w:t>
            </w:r>
          </w:p>
        </w:tc>
        <w:tc>
          <w:tcPr>
            <w:tcW w:type="dxa" w:w="6350"/>
            <w:vAlign w:val="center"/>
          </w:tcPr>
          <w:p>
            <w:r>
              <w:t>Missing someone</w:t>
              <w:br/>
              <w:t>Longing for someone who is absent.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2" name="Picture 1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30748e440e2f674cae15aca2bbd72d0.png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Behoeftig</w:t>
            </w:r>
            <w:r>
              <w:br/>
              <w:t>Sterke behoefte aan aandacht of bevestiging</w:t>
            </w:r>
          </w:p>
        </w:tc>
        <w:tc>
          <w:tcPr>
            <w:tcW w:type="dxa" w:w="6350"/>
            <w:vAlign w:val="center"/>
          </w:tcPr>
          <w:p>
            <w:r>
              <w:t>Needy</w:t>
              <w:br/>
              <w:t>A strong need for attention or reassurance.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3" name="Picture 1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35e43d0f98615aeaeebc7c4f09f913e.png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Hebzucht</w:t>
            </w:r>
            <w:r>
              <w:br/>
              <w:t>Meer willen dan genoeg is</w:t>
            </w:r>
          </w:p>
        </w:tc>
        <w:tc>
          <w:tcPr>
            <w:tcW w:type="dxa" w:w="6350"/>
            <w:vAlign w:val="center"/>
          </w:tcPr>
          <w:p>
            <w:r>
              <w:t>Greed</w:t>
              <w:br/>
              <w:t>Wanting more than is enough.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4" name="Picture 1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e9b01fe7d473d7d51d50a6be5e6a421.png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Gehecht</w:t>
            </w:r>
            <w:r>
              <w:br/>
              <w:t>Moeite hebben met losiaten</w:t>
            </w:r>
          </w:p>
        </w:tc>
        <w:tc>
          <w:tcPr>
            <w:tcW w:type="dxa" w:w="6350"/>
            <w:vAlign w:val="center"/>
          </w:tcPr>
          <w:p>
            <w:r>
              <w:t>Attached</w:t>
              <w:br/>
              <w:t>Finding it difficult to let go.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5" name="Picture 1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d58f08a191cdef65b840b318cd554fe.png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Onvervuld</w:t>
            </w:r>
            <w:r>
              <w:br/>
              <w:t>Gevoel dat iets essentieels ontbreekt</w:t>
            </w:r>
          </w:p>
        </w:tc>
        <w:tc>
          <w:tcPr>
            <w:tcW w:type="dxa" w:w="6350"/>
            <w:vAlign w:val="center"/>
          </w:tcPr>
          <w:p>
            <w:r>
              <w:t>Unfulfilled</w:t>
              <w:br/>
              <w:t>Feeling that something essential is missing.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6" name="Picture 1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bb6477d9e7014eee884e805d8640c06.png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Lustig</w:t>
            </w:r>
            <w:r>
              <w:br/>
              <w:t>Speelse, lichamelijke aantrekking</w:t>
            </w:r>
          </w:p>
        </w:tc>
        <w:tc>
          <w:tcPr>
            <w:tcW w:type="dxa" w:w="6350"/>
            <w:vAlign w:val="center"/>
          </w:tcPr>
          <w:p>
            <w:r>
              <w:t>Lustful</w:t>
              <w:br/>
              <w:t>Playful physical attraction.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7" name="Picture 1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aba479308c6ed7e302440decaa05ea8.png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Adoreren</w:t>
            </w:r>
            <w:r>
              <w:br/>
              <w:t>lemand intens bewonderen</w:t>
            </w:r>
          </w:p>
        </w:tc>
        <w:tc>
          <w:tcPr>
            <w:tcW w:type="dxa" w:w="6350"/>
            <w:vAlign w:val="center"/>
          </w:tcPr>
          <w:p>
            <w:r>
              <w:t>Adore</w:t>
              <w:br/>
              <w:t>Admiring someone intensely.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8" name="Picture 1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bd51ebc59dc4ad45976727da6802011.png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Verliefd</w:t>
            </w:r>
            <w:r>
              <w:br/>
              <w:t>Sterke aantrekking en focus op de ander</w:t>
            </w:r>
          </w:p>
        </w:tc>
        <w:tc>
          <w:tcPr>
            <w:tcW w:type="dxa" w:w="6350"/>
            <w:vAlign w:val="center"/>
          </w:tcPr>
          <w:p>
            <w:r>
              <w:t>In love</w:t>
              <w:br/>
              <w:t>Strong attraction and focus on the other person.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69" name="Picture 1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b113d04506cbf43fae461d72f72b01.png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Tevreden</w:t>
            </w:r>
            <w:r>
              <w:br/>
              <w:t>Rustig gevoel dat het goed is</w:t>
            </w:r>
          </w:p>
        </w:tc>
        <w:tc>
          <w:tcPr>
            <w:tcW w:type="dxa" w:w="6350"/>
            <w:vAlign w:val="center"/>
          </w:tcPr>
          <w:p>
            <w:r>
              <w:t>Satisfied</w:t>
              <w:br/>
              <w:t>A calm feeling that things are good as they are.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0" name="Picture 1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5ef96b5c801b686e258fd3499873874.png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Affectie</w:t>
            </w:r>
            <w:r>
              <w:br/>
              <w:t>Warme genegenheid voor iemand</w:t>
            </w:r>
          </w:p>
        </w:tc>
        <w:tc>
          <w:tcPr>
            <w:tcW w:type="dxa" w:w="6350"/>
            <w:vAlign w:val="center"/>
          </w:tcPr>
          <w:p>
            <w:r>
              <w:t>Affection</w:t>
              <w:br/>
              <w:t>Warm affection for someone.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1" name="Picture 1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5b4f225d5741fac0dd23b5e481a5b55.png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Sympathie</w:t>
            </w:r>
            <w:r>
              <w:br/>
              <w:t>Positieve betrokkenheid bij een ander</w:t>
            </w:r>
          </w:p>
        </w:tc>
        <w:tc>
          <w:tcPr>
            <w:tcW w:type="dxa" w:w="6350"/>
            <w:vAlign w:val="center"/>
          </w:tcPr>
          <w:p>
            <w:r>
              <w:t>Sympathy</w:t>
              <w:br/>
              <w:t>Positive involvement and warmth toward another person.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2" name="Picture 1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a12cef8875bcd2c21ba9de70a0be77b.png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Aangetrokken</w:t>
            </w:r>
            <w:r>
              <w:br/>
              <w:t>Je tot iemand aangetrokken voelen</w:t>
            </w:r>
          </w:p>
        </w:tc>
        <w:tc>
          <w:tcPr>
            <w:tcW w:type="dxa" w:w="6350"/>
            <w:vAlign w:val="center"/>
          </w:tcPr>
          <w:p>
            <w:r>
              <w:t>Attracted</w:t>
              <w:br/>
              <w:t>Feeling attracted to someone.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3" name="Picture 1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9ae4ee4441aaeef5eb0d9497dc78e6e.png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Open</w:t>
            </w:r>
            <w:r>
              <w:br/>
              <w:t>Jezelf durven laten zien</w:t>
            </w:r>
          </w:p>
        </w:tc>
        <w:tc>
          <w:tcPr>
            <w:tcW w:type="dxa" w:w="6350"/>
            <w:vAlign w:val="center"/>
          </w:tcPr>
          <w:p>
            <w:r>
              <w:t>Open</w:t>
              <w:br/>
              <w:t>Daring to show yourself as you are.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4" name="Picture 1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3e1522b6b9a1e790ea1177020720fef.png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Geaard</w:t>
            </w:r>
            <w:r>
              <w:br/>
              <w:t>Rustig en stabiel in jezelf aanwezig zijn</w:t>
            </w:r>
          </w:p>
        </w:tc>
        <w:tc>
          <w:tcPr>
            <w:tcW w:type="dxa" w:w="6350"/>
            <w:vAlign w:val="center"/>
          </w:tcPr>
          <w:p>
            <w:r>
              <w:t>Grounded</w:t>
              <w:br/>
              <w:t>Feeling calm, stable, and present within yourself.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5" name="Picture 1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4f23d493fe84ae20d7daa6a94c477ad.png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Ontspannen</w:t>
            </w:r>
            <w:r>
              <w:br/>
              <w:t>Zonder spanning in contact kunnen zijn</w:t>
            </w:r>
          </w:p>
        </w:tc>
        <w:tc>
          <w:tcPr>
            <w:tcW w:type="dxa" w:w="6350"/>
            <w:vAlign w:val="center"/>
          </w:tcPr>
          <w:p>
            <w:r>
              <w:t>Relaxed</w:t>
              <w:br/>
              <w:t>Being able to connect without tension.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6" name="Picture 1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f09d44653ff52eb42df80deb7c16b1c.png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Goed</w:t>
            </w:r>
            <w:r>
              <w:br/>
              <w:t>Algemeen prettig en kloppend gevoel</w:t>
            </w:r>
          </w:p>
        </w:tc>
        <w:tc>
          <w:tcPr>
            <w:tcW w:type="dxa" w:w="6350"/>
            <w:vAlign w:val="center"/>
          </w:tcPr>
          <w:p>
            <w:r>
              <w:t>Good</w:t>
              <w:br/>
              <w:t>A generally pleasant feeling that things are right.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7" name="Picture 1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a035e72b6a3320e268b31c7b6f33a37.png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Voorgevoel</w:t>
            </w:r>
            <w:r>
              <w:br/>
              <w:t>Aanvoelen wat er spelt in verbinding</w:t>
            </w:r>
          </w:p>
        </w:tc>
        <w:tc>
          <w:tcPr>
            <w:tcW w:type="dxa" w:w="6350"/>
            <w:vAlign w:val="center"/>
          </w:tcPr>
          <w:p>
            <w:r>
              <w:t>Premonition</w:t>
              <w:br/>
              <w:t>Sensing what may be happening within a connection.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8" name="Picture 1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fbb0646660cf26fc49ac179c312cbb3.png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Gezien voelen</w:t>
            </w:r>
            <w:r>
              <w:br/>
              <w:t>Ervaren dat je wordt opgemerkt</w:t>
            </w:r>
          </w:p>
        </w:tc>
        <w:tc>
          <w:tcPr>
            <w:tcW w:type="dxa" w:w="6350"/>
            <w:vAlign w:val="center"/>
          </w:tcPr>
          <w:p>
            <w:r>
              <w:t>Feeling seen</w:t>
              <w:br/>
              <w:t>Feeling noticed and acknowledged.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79" name="Picture 1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89180f2ae02e04ed6bd8fe37e6e7033.png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Geliefd voelen</w:t>
            </w:r>
            <w:r>
              <w:br/>
              <w:t>Zeker weten dat je gewaardeerd wordt</w:t>
            </w:r>
          </w:p>
        </w:tc>
        <w:tc>
          <w:tcPr>
            <w:tcW w:type="dxa" w:w="6350"/>
            <w:vAlign w:val="center"/>
          </w:tcPr>
          <w:p>
            <w:r>
              <w:t>Feeling loved</w:t>
              <w:br/>
              <w:t>Knowing that you are valued and loved.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0" name="Picture 1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01f0de724ffeb62934e0b5f1a698665.png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Beschermd</w:t>
            </w:r>
            <w:r>
              <w:br/>
              <w:t>Veilig en gedragen voelen</w:t>
            </w:r>
          </w:p>
        </w:tc>
        <w:tc>
          <w:tcPr>
            <w:tcW w:type="dxa" w:w="6350"/>
            <w:vAlign w:val="center"/>
          </w:tcPr>
          <w:p>
            <w:r>
              <w:t>Protected</w:t>
              <w:br/>
              <w:t>Feeling safe, supported, and protected.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1" name="Picture 1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6b19e6ecefcb2bff33d8e9859dad20f.png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Welkom</w:t>
            </w:r>
            <w:r>
              <w:br/>
              <w:t>Geaccepteerd en ontvangen worden</w:t>
            </w:r>
          </w:p>
        </w:tc>
        <w:tc>
          <w:tcPr>
            <w:tcW w:type="dxa" w:w="6350"/>
            <w:vAlign w:val="center"/>
          </w:tcPr>
          <w:p>
            <w:r>
              <w:t>Welcome</w:t>
              <w:br/>
              <w:t>Feeling accepted and received.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2" name="Picture 1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ab89ca64a4de4facd1a64918724e5a.png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Vriendelijk</w:t>
            </w:r>
            <w:r>
              <w:br/>
              <w:t>Warm en respectvol naar anderen zin</w:t>
            </w:r>
          </w:p>
        </w:tc>
        <w:tc>
          <w:tcPr>
            <w:tcW w:type="dxa" w:w="6350"/>
            <w:vAlign w:val="center"/>
          </w:tcPr>
          <w:p>
            <w:r>
              <w:t>Friendly</w:t>
              <w:br/>
              <w:t>Being warm and respectful toward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3" name="Picture 1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41bf1aa5a7c4236c8a975216809afcc.png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Empathie</w:t>
            </w:r>
            <w:r>
              <w:br/>
              <w:t>Mee voelen met de ander</w:t>
            </w:r>
          </w:p>
        </w:tc>
        <w:tc>
          <w:tcPr>
            <w:tcW w:type="dxa" w:w="6350"/>
            <w:vAlign w:val="center"/>
          </w:tcPr>
          <w:p>
            <w:r>
              <w:t>Empathy</w:t>
              <w:br/>
              <w:t>Feeling along with another person.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4" name="Picture 1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3e14af3d00401efeb46c3ece7434fb9.png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Sereen</w:t>
            </w:r>
            <w:r>
              <w:br/>
              <w:t>Rustige, stille innerliike vrede</w:t>
            </w:r>
          </w:p>
        </w:tc>
        <w:tc>
          <w:tcPr>
            <w:tcW w:type="dxa" w:w="6350"/>
            <w:vAlign w:val="center"/>
          </w:tcPr>
          <w:p>
            <w:r>
              <w:t>Serene</w:t>
              <w:br/>
              <w:t>A calm, quiet sense of inner peace.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5" name="Picture 1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72f77873e6601ecf3ada6b72f69ef1a.png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Gelijkgestemd</w:t>
            </w:r>
            <w:r>
              <w:br/>
              <w:t>Op dezelfde gotfiengte zitten</w:t>
            </w:r>
          </w:p>
        </w:tc>
        <w:tc>
          <w:tcPr>
            <w:tcW w:type="dxa" w:w="6350"/>
            <w:vAlign w:val="center"/>
          </w:tcPr>
          <w:p>
            <w:r>
              <w:t>Like-minded</w:t>
              <w:br/>
              <w:t>Feeling that you are on the same wavelength.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6" name="Picture 1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16730f4a2c1309c4bb775a346967797.png"/>
                          <pic:cNvPicPr/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Ontroerd</w:t>
            </w:r>
            <w:r>
              <w:br/>
              <w:t>Diep geraakt worden op een zachte manier</w:t>
            </w:r>
          </w:p>
        </w:tc>
        <w:tc>
          <w:tcPr>
            <w:tcW w:type="dxa" w:w="6350"/>
            <w:vAlign w:val="center"/>
          </w:tcPr>
          <w:p>
            <w:r>
              <w:t>Moved</w:t>
              <w:br/>
              <w:t>Being deeply touched in a gentle way.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7" name="Picture 1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3c024c66a4f70ec489256520a086ae7.png"/>
                          <pic:cNvPicPr/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Hartstocht</w:t>
            </w:r>
            <w:r>
              <w:br/>
              <w:t>Intense en vurige liefde</w:t>
            </w:r>
          </w:p>
        </w:tc>
        <w:tc>
          <w:tcPr>
            <w:tcW w:type="dxa" w:w="6350"/>
            <w:vAlign w:val="center"/>
          </w:tcPr>
          <w:p>
            <w:r>
              <w:t>Passion</w:t>
              <w:br/>
              <w:t>Intense and passionate love.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8" name="Picture 1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7b4e606bea9920325455981549a3431.png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Toegewijd</w:t>
            </w:r>
            <w:r>
              <w:br/>
              <w:t>Je volledig verbinden aan iemand</w:t>
            </w:r>
          </w:p>
        </w:tc>
        <w:tc>
          <w:tcPr>
            <w:tcW w:type="dxa" w:w="6350"/>
            <w:vAlign w:val="center"/>
          </w:tcPr>
          <w:p>
            <w:r>
              <w:t>Devoted</w:t>
              <w:br/>
              <w:t>Committing yourself fully to someone.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89" name="Picture 1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889d4a67e403edac6a16b4f38f3f448.png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Stil</w:t>
            </w:r>
            <w:r>
              <w:br/>
              <w:t>Innerlike rust en aanwezigheid</w:t>
            </w:r>
          </w:p>
        </w:tc>
        <w:tc>
          <w:tcPr>
            <w:tcW w:type="dxa" w:w="6350"/>
            <w:vAlign w:val="center"/>
          </w:tcPr>
          <w:p>
            <w:r>
              <w:t>Quiet</w:t>
              <w:br/>
              <w:t>Inner calm and presence.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0" name="Picture 1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4dcc52f7b5c70416c4951e6c4c77d2c.png"/>
                          <pic:cNvPicPr/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Vredig</w:t>
            </w:r>
            <w:r>
              <w:br/>
              <w:t>Harmonie en kalmte ervaren</w:t>
            </w:r>
          </w:p>
        </w:tc>
        <w:tc>
          <w:tcPr>
            <w:tcW w:type="dxa" w:w="6350"/>
            <w:vAlign w:val="center"/>
          </w:tcPr>
          <w:p>
            <w:r>
              <w:t>Peaceful</w:t>
              <w:br/>
              <w:t>Experiencing harmony and calm.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1" name="Picture 1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d0816f5486d88dfc734168c5c8e9791.png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Verbonden</w:t>
            </w:r>
            <w:r>
              <w:br/>
              <w:t>Je 6én voelen met anderen</w:t>
            </w:r>
          </w:p>
        </w:tc>
        <w:tc>
          <w:tcPr>
            <w:tcW w:type="dxa" w:w="6350"/>
            <w:vAlign w:val="center"/>
          </w:tcPr>
          <w:p>
            <w:r>
              <w:t>Connected</w:t>
              <w:br/>
              <w:t>Feeling united and connected with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2" name="Picture 1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aee2f5280d75de6b683056dee253182.png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Gelukkig</w:t>
            </w:r>
            <w:r>
              <w:br/>
              <w:t>Diepe tevredenheid met het leven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Happy</w:t>
            </w:r>
            <w:r>
              <w:br/>
              <w:t>A pleasant and positive basic feeling.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3" name="Picture 1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06291b32af55a5fdac3ad5deecea310.png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Nederig</w:t>
            </w:r>
            <w:r>
              <w:br/>
              <w:t>Jezelf niet boven anderen plaatsen</w:t>
            </w:r>
          </w:p>
        </w:tc>
        <w:tc>
          <w:tcPr>
            <w:tcW w:type="dxa" w:w="6350"/>
            <w:vAlign w:val="center"/>
          </w:tcPr>
          <w:p>
            <w:r>
              <w:t>Humble</w:t>
              <w:br/>
              <w:t>Not placing yourself above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4" name="Picture 1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2cbe552d9aebf4326cd5e56d6ee057.png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Gelijkwaardig</w:t>
            </w:r>
            <w:r>
              <w:br/>
              <w:t>Elkaar als even waardevol zien</w:t>
            </w:r>
          </w:p>
        </w:tc>
        <w:tc>
          <w:tcPr>
            <w:tcW w:type="dxa" w:w="6350"/>
            <w:vAlign w:val="center"/>
          </w:tcPr>
          <w:p>
            <w:r>
              <w:t>Equal</w:t>
              <w:br/>
              <w:t>Seeing each other as equally valuable.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5" name="Picture 1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7631c1c72f4b7eb67cd0556b7d1e676.png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Gezegend</w:t>
            </w:r>
            <w:r>
              <w:br/>
              <w:t>Dankbaar zijn voor wat je hebt</w:t>
            </w:r>
          </w:p>
        </w:tc>
        <w:tc>
          <w:tcPr>
            <w:tcW w:type="dxa" w:w="6350"/>
            <w:vAlign w:val="center"/>
          </w:tcPr>
          <w:p>
            <w:r>
              <w:t>Blessed</w:t>
              <w:br/>
              <w:t>Feeling grateful for what you have.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6" name="Picture 1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faab9feae38f3a930dcc676e845ec6a.png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Gelukkig</w:t>
            </w:r>
            <w:r>
              <w:br/>
              <w:t>Innerlijke vervulling en levensvreugde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Happy</w:t>
            </w:r>
            <w:r>
              <w:br/>
              <w:t>A pleasant and positive basic feeling.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7" name="Picture 1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504a2a410240a5deea472de7b1eb742.png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Liefde</w:t>
            </w:r>
            <w:r>
              <w:br/>
              <w:t>Open verbinding met jezelf en anderen</w:t>
            </w:r>
          </w:p>
        </w:tc>
        <w:tc>
          <w:tcPr>
            <w:tcW w:type="dxa" w:w="6350"/>
            <w:vAlign w:val="center"/>
          </w:tcPr>
          <w:p>
            <w:r>
              <w:t>Love</w:t>
              <w:br/>
              <w:t>An open connection with yourself and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8" name="Picture 1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e3452d4526e9ecb76c18d86645c892c.png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Betoverd</w:t>
            </w:r>
            <w:r>
              <w:br/>
              <w:t>Verwonderd en geraakt door iets bijzonders</w:t>
            </w:r>
          </w:p>
        </w:tc>
        <w:tc>
          <w:tcPr>
            <w:tcW w:type="dxa" w:w="6350"/>
            <w:vAlign w:val="center"/>
          </w:tcPr>
          <w:p>
            <w:r>
              <w:t>Enchanted</w:t>
              <w:br/>
              <w:t>Feeling amazed and touched by something special.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199" name="Picture 19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96d93856fbc6638a551aee268b40ad4.png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Compassie</w:t>
            </w:r>
            <w:r>
              <w:br/>
              <w:t>Liefdevolle zorg voor lijden</w:t>
            </w:r>
          </w:p>
        </w:tc>
        <w:tc>
          <w:tcPr>
            <w:tcW w:type="dxa" w:w="6350"/>
            <w:vAlign w:val="center"/>
          </w:tcPr>
          <w:p>
            <w:r>
              <w:t>Compassion</w:t>
              <w:br/>
              <w:t>Loving care for suffering.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0" name="Picture 2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d5ef8c4cf006be840cfb642efa326ed.png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Dankbaar</w:t>
            </w:r>
            <w:r>
              <w:br/>
              <w:t>Waardering voelen voor wat er is</w:t>
            </w:r>
          </w:p>
        </w:tc>
        <w:tc>
          <w:tcPr>
            <w:tcW w:type="dxa" w:w="6350"/>
            <w:vAlign w:val="center"/>
          </w:tcPr>
          <w:p>
            <w:r>
              <w:t>Grateful</w:t>
              <w:br/>
              <w:t>Feeling appreciation for what is there.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t>Boos — Anger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680"/>
        <w:gridCol w:w="6350"/>
        <w:gridCol w:w="6350"/>
      </w:tblGrid>
      <w:tr>
        <w:tc>
          <w:tcPr>
            <w:tcW w:type="dxa" w:w="1247"/>
            <w:vAlign w:val="center"/>
          </w:tcPr>
          <w:p>
            <w:r>
              <w:rPr>
                <w:b/>
              </w:rPr>
              <w:t>Emoticon</w:t>
            </w:r>
          </w:p>
        </w:tc>
        <w:tc>
          <w:tcPr>
            <w:tcW w:type="dxa" w:w="680"/>
            <w:shd w:fill="E7E9ED"/>
            <w:vAlign w:val="center"/>
          </w:tcPr>
          <w:p>
            <w:r>
              <w:rPr>
                <w:b/>
              </w:rPr>
              <w:t>Nr.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Nederlands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English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1" name="Picture 2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69ba92655d70c5e76fa17c5209ce8b3.png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Haat</w:t>
            </w:r>
            <w:r>
              <w:br/>
              <w:t>Diepe afkeer met wens tot afstand of schade</w:t>
            </w:r>
          </w:p>
        </w:tc>
        <w:tc>
          <w:tcPr>
            <w:tcW w:type="dxa" w:w="6350"/>
            <w:vAlign w:val="center"/>
          </w:tcPr>
          <w:p>
            <w:r>
              <w:t>Hatred</w:t>
              <w:br/>
              <w:t>Deep dislike with a desire for distance or harm.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2" name="Picture 20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5ca619013b97ad0568f9c15458ee629.png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Wraak</w:t>
            </w:r>
            <w:r>
              <w:br/>
              <w:t>Drang om pijn terug te geven</w:t>
            </w:r>
          </w:p>
        </w:tc>
        <w:tc>
          <w:tcPr>
            <w:tcW w:type="dxa" w:w="6350"/>
            <w:vAlign w:val="center"/>
          </w:tcPr>
          <w:p>
            <w:r>
              <w:t>Revenge</w:t>
              <w:br/>
              <w:t>An urge to return the pain that was caused.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3" name="Picture 2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8472b888a335d20137aa6a4dd47a222.png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Agressie</w:t>
            </w:r>
            <w:r>
              <w:br/>
              <w:t>Neiging om aan te vallen of te domineren</w:t>
            </w:r>
          </w:p>
        </w:tc>
        <w:tc>
          <w:tcPr>
            <w:tcW w:type="dxa" w:w="6350"/>
            <w:vAlign w:val="center"/>
          </w:tcPr>
          <w:p>
            <w:r>
              <w:t>Aggression</w:t>
              <w:br/>
              <w:t>An urge to attack or dominate.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4" name="Picture 20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0a9ea3f54f54b31837993bb96f9884c.png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Razend</w:t>
            </w:r>
            <w:r>
              <w:br/>
              <w:t>Explosieve boosheid zonder controle</w:t>
            </w:r>
          </w:p>
        </w:tc>
        <w:tc>
          <w:tcPr>
            <w:tcW w:type="dxa" w:w="6350"/>
            <w:vAlign w:val="center"/>
          </w:tcPr>
          <w:p>
            <w:r>
              <w:t>Furious</w:t>
              <w:br/>
              <w:t>Explosive anger without control.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5" name="Picture 2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69ba92655d70c5e76fa17c5209ce8b3.png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Kwaad</w:t>
            </w:r>
            <w:r>
              <w:br/>
              <w:t>Sterk gevoel van onrecht</w:t>
            </w:r>
          </w:p>
        </w:tc>
        <w:tc>
          <w:tcPr>
            <w:tcW w:type="dxa" w:w="6350"/>
            <w:vAlign w:val="center"/>
          </w:tcPr>
          <w:p>
            <w:r>
              <w:t>Angry</w:t>
              <w:br/>
              <w:t>A strong sense of injustice.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6" name="Picture 2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5ca619013b97ad0568f9c15458ee629.png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Storen aan</w:t>
            </w:r>
            <w:r>
              <w:br/>
              <w:t>Je ergeren aan gedrag of situaties</w:t>
            </w:r>
          </w:p>
        </w:tc>
        <w:tc>
          <w:tcPr>
            <w:tcW w:type="dxa" w:w="6350"/>
            <w:vAlign w:val="center"/>
          </w:tcPr>
          <w:p>
            <w:r>
              <w:t>Annoyed by</w:t>
              <w:br/>
              <w:t>Feeling annoyed by behavior or situations.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7" name="Picture 2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8472b888a335d20137aa6a4dd47a222.png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Geagiteerd</w:t>
            </w:r>
            <w:r>
              <w:br/>
              <w:t>Innerlijk onrustig en prikkelbaar</w:t>
            </w:r>
          </w:p>
        </w:tc>
        <w:tc>
          <w:tcPr>
            <w:tcW w:type="dxa" w:w="6350"/>
            <w:vAlign w:val="center"/>
          </w:tcPr>
          <w:p>
            <w:r>
              <w:t>Agitated</w:t>
              <w:br/>
              <w:t>Feeling inwardly restless and irritable.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8" name="Picture 2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0a9ea3f54f54b31837993bb96f9884c.png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Chagrijnig</w:t>
            </w:r>
            <w:r>
              <w:br/>
              <w:t>Slechte stemming met irritatie</w:t>
            </w:r>
          </w:p>
        </w:tc>
        <w:tc>
          <w:tcPr>
            <w:tcW w:type="dxa" w:w="6350"/>
            <w:vAlign w:val="center"/>
          </w:tcPr>
          <w:p>
            <w:r>
              <w:t>Grumpy</w:t>
              <w:br/>
              <w:t>Being in a bad mood with irritation.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09" name="Picture 2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9a66e79f62ac8494da09a5071cbb18f.png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Ongeduldig</w:t>
            </w:r>
            <w:r>
              <w:br/>
              <w:t>Moeite hebben met wachten</w:t>
            </w:r>
          </w:p>
        </w:tc>
        <w:tc>
          <w:tcPr>
            <w:tcW w:type="dxa" w:w="6350"/>
            <w:vAlign w:val="center"/>
          </w:tcPr>
          <w:p>
            <w:r>
              <w:t>Impatient</w:t>
              <w:br/>
              <w:t>Finding it difficult to wait.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0" name="Picture 2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6863021aab10906a321e480bd72b38d.png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Ergenis</w:t>
            </w:r>
            <w:r>
              <w:br/>
              <w:t>Lichte irritatie door iets storends</w:t>
            </w:r>
          </w:p>
        </w:tc>
        <w:tc>
          <w:tcPr>
            <w:tcW w:type="dxa" w:w="6350"/>
            <w:vAlign w:val="center"/>
          </w:tcPr>
          <w:p>
            <w:r>
              <w:t>Annoyance</w:t>
              <w:br/>
              <w:t>Mild irritation caused by something bothersome.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1" name="Picture 2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e148a520179463d89543c2a0e77fa07.png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Imitatie</w:t>
            </w:r>
            <w:r>
              <w:br/>
              <w:t>Boos reageren door gedrag over te nemen</w:t>
            </w:r>
          </w:p>
        </w:tc>
        <w:tc>
          <w:tcPr>
            <w:tcW w:type="dxa" w:w="6350"/>
            <w:vAlign w:val="center"/>
          </w:tcPr>
          <w:p>
            <w:r>
              <w:t>Imitation</w:t>
              <w:br/>
              <w:t>Reacting angrily by copying someone else’s behavior.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2" name="Picture 2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ea1b9d3ecc49bc3e49ed10afe794109.png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Kriegelig</w:t>
            </w:r>
            <w:r>
              <w:br/>
              <w:t>Snel geirriteerd en gespannen</w:t>
            </w:r>
          </w:p>
        </w:tc>
        <w:tc>
          <w:tcPr>
            <w:tcW w:type="dxa" w:w="6350"/>
            <w:vAlign w:val="center"/>
          </w:tcPr>
          <w:p>
            <w:r>
              <w:t>Irritable</w:t>
              <w:br/>
              <w:t>Becoming irritated quickly and feeling tense.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3" name="Picture 2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fc64cc07be8ad1459aa01234a3f6f8.png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Fanatiek</w:t>
            </w:r>
            <w:r>
              <w:br/>
              <w:t>Doorgaan met sterke, gedreven intensiteit</w:t>
            </w:r>
          </w:p>
        </w:tc>
        <w:tc>
          <w:tcPr>
            <w:tcW w:type="dxa" w:w="6350"/>
            <w:vAlign w:val="center"/>
          </w:tcPr>
          <w:p>
            <w:r>
              <w:t>Fanatical</w:t>
              <w:br/>
              <w:t>Continuing with strong, driven intensity.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4" name="Picture 2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34472af3aeb9fe5bf46b31a822c8093.png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Geobsedeerd</w:t>
            </w:r>
            <w:r>
              <w:br/>
              <w:t>Vastzitten in een gedachte of doel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Obsessed</w:t>
            </w:r>
            <w:r>
              <w:br/>
              <w:t>Being completely absorbed in something with intense focus.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5" name="Picture 2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f5e9cc734dd23ff6083970d0c6354af.png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Strijdlustig</w:t>
            </w:r>
            <w:r>
              <w:br/>
              <w:t>Klaar om ergens voor te vechten</w:t>
            </w:r>
          </w:p>
        </w:tc>
        <w:tc>
          <w:tcPr>
            <w:tcW w:type="dxa" w:w="6350"/>
            <w:vAlign w:val="center"/>
          </w:tcPr>
          <w:p>
            <w:r>
              <w:t>Combative</w:t>
              <w:br/>
              <w:t>Feeling ready to fight for something.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6" name="Picture 2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8d02df248a8d997fb6ddddc36dd6fb4.png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Competitiedrang</w:t>
            </w:r>
            <w:r>
              <w:br/>
              <w:t>Willen winnen en jezelf bewijzen</w:t>
            </w:r>
          </w:p>
        </w:tc>
        <w:tc>
          <w:tcPr>
            <w:tcW w:type="dxa" w:w="6350"/>
            <w:vAlign w:val="center"/>
          </w:tcPr>
          <w:p>
            <w:r>
              <w:t>Competitive drive</w:t>
              <w:br/>
              <w:t>Wanting to win and prove yourself.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7" name="Picture 2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39b0e7d212f289ab5b093a56d2a0040.png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Opstandig</w:t>
            </w:r>
            <w:r>
              <w:br/>
              <w:t>Je verzetten tegen regels</w:t>
            </w:r>
          </w:p>
        </w:tc>
        <w:tc>
          <w:tcPr>
            <w:tcW w:type="dxa" w:w="6350"/>
            <w:vAlign w:val="center"/>
          </w:tcPr>
          <w:p>
            <w:r>
              <w:t>Defiant</w:t>
              <w:br/>
              <w:t>Resisting rules or authority.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8" name="Picture 2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b5c4bd0759b0e1b9800fbc6627b781a.png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Defensief</w:t>
            </w:r>
            <w:r>
              <w:br/>
              <w:t>Jezelf beschermen tegen kritiek</w:t>
            </w:r>
          </w:p>
        </w:tc>
        <w:tc>
          <w:tcPr>
            <w:tcW w:type="dxa" w:w="6350"/>
            <w:vAlign w:val="center"/>
          </w:tcPr>
          <w:p>
            <w:r>
              <w:t>Defensive</w:t>
              <w:br/>
              <w:t>Protecting yourself against criticism.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19" name="Picture 2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f000b3f3296c68955f2571b93e856f7.png"/>
                          <pic:cNvPicPr/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Opgefokt</w:t>
            </w:r>
            <w:r>
              <w:br/>
              <w:t>Overprikkeld en snel boos reageren</w:t>
            </w:r>
          </w:p>
        </w:tc>
        <w:tc>
          <w:tcPr>
            <w:tcW w:type="dxa" w:w="6350"/>
            <w:vAlign w:val="center"/>
          </w:tcPr>
          <w:p>
            <w:r>
              <w:t>Worked up</w:t>
              <w:br/>
              <w:t>Feeling overstimulated and quick to react angrily.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0" name="Picture 2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c2e1ef772564ea94f936dba27504322.png"/>
                          <pic:cNvPicPr/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Aanvallend</w:t>
            </w:r>
            <w:r>
              <w:br/>
              <w:t>Fel reageren op anderen</w:t>
            </w:r>
          </w:p>
        </w:tc>
        <w:tc>
          <w:tcPr>
            <w:tcW w:type="dxa" w:w="6350"/>
            <w:vAlign w:val="center"/>
          </w:tcPr>
          <w:p>
            <w:r>
              <w:t>Attacking</w:t>
              <w:br/>
              <w:t>Reacting fiercely or aggressively toward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1" name="Picture 2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781547f42e6dbcbdce0ef0cf4e71dc5.png"/>
                          <pic:cNvPicPr/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Beu - Het zat zijn</w:t>
            </w:r>
            <w:r>
              <w:br/>
              <w:t>Genoeg hebben van een situatie</w:t>
            </w:r>
          </w:p>
        </w:tc>
        <w:tc>
          <w:tcPr>
            <w:tcW w:type="dxa" w:w="6350"/>
            <w:vAlign w:val="center"/>
          </w:tcPr>
          <w:p>
            <w:r>
              <w:t>Fed up</w:t>
              <w:br/>
              <w:t>Having had enough of a situation.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2" name="Picture 2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0ae9ff3cffc6f65c13493efde1b67aa.png"/>
                          <pic:cNvPicPr/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Verbitterd</w:t>
            </w:r>
            <w:r>
              <w:br/>
              <w:t>Blivend boos door oude pijn</w:t>
            </w:r>
          </w:p>
        </w:tc>
        <w:tc>
          <w:tcPr>
            <w:tcW w:type="dxa" w:w="6350"/>
            <w:vAlign w:val="center"/>
          </w:tcPr>
          <w:p>
            <w:r>
              <w:t>Bitter</w:t>
              <w:br/>
              <w:t>Remaining angry because of old pain.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3" name="Picture 2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74fbdf9eb187e9ead3cbe84c5f08245.png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Getergd</w:t>
            </w:r>
            <w:r>
              <w:br/>
              <w:t>Boos gemaakt door provocatie</w:t>
            </w:r>
          </w:p>
        </w:tc>
        <w:tc>
          <w:tcPr>
            <w:tcW w:type="dxa" w:w="6350"/>
            <w:vAlign w:val="center"/>
          </w:tcPr>
          <w:p>
            <w:r>
              <w:t>Provoked</w:t>
              <w:br/>
              <w:t>Being made angry by provocation.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4" name="Picture 2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d7fa2e7b9cf7ae4a7e8718f19dc618f.png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Gefrustreerd</w:t>
            </w:r>
            <w:r>
              <w:br/>
              <w:t>Vastlopen en daar boos over zijn</w:t>
            </w:r>
          </w:p>
        </w:tc>
        <w:tc>
          <w:tcPr>
            <w:tcW w:type="dxa" w:w="6350"/>
            <w:vAlign w:val="center"/>
          </w:tcPr>
          <w:p>
            <w:r>
              <w:t>Frustrated</w:t>
              <w:br/>
              <w:t>Feeling stuck and becoming angry because of it.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5" name="Picture 2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22ab693806ddaa4f11593b077cc95c5.png"/>
                          <pic:cNvPicPr/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Opgeven</w:t>
            </w:r>
            <w:r>
              <w:br/>
              <w:t>Stoppen vanuit boosheid of teleurstelling</w:t>
            </w:r>
          </w:p>
        </w:tc>
        <w:tc>
          <w:tcPr>
            <w:tcW w:type="dxa" w:w="6350"/>
            <w:vAlign w:val="center"/>
          </w:tcPr>
          <w:p>
            <w:r>
              <w:t>Giving up</w:t>
              <w:br/>
              <w:t>Stopping because of anger or disappointment.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6" name="Picture 2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b1044a4942c9b7fc78c3fd846d8e4f9.png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Ontmoedigd</w:t>
            </w:r>
            <w:r>
              <w:br/>
              <w:t>Energie verliezen door herhaald falen</w:t>
            </w:r>
          </w:p>
        </w:tc>
        <w:tc>
          <w:tcPr>
            <w:tcW w:type="dxa" w:w="6350"/>
            <w:vAlign w:val="center"/>
          </w:tcPr>
          <w:p>
            <w:r>
              <w:t>Discouraged</w:t>
              <w:br/>
              <w:t>Losing energy because of repeated failure.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7" name="Picture 2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23ebde211f389bf276ab59899e51e5d.png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Moedeloos</w:t>
            </w:r>
            <w:r>
              <w:br/>
              <w:t>Geen kracht meer voelen om door te gaan</w:t>
            </w:r>
          </w:p>
        </w:tc>
        <w:tc>
          <w:tcPr>
            <w:tcW w:type="dxa" w:w="6350"/>
            <w:vAlign w:val="center"/>
          </w:tcPr>
          <w:p>
            <w:r>
              <w:t>Disheartened</w:t>
              <w:br/>
              <w:t>Feeling that you no longer have the strength to continue.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8" name="Picture 2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d7d790952e52a637e3db4b5fac4aefb.png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Boos</w:t>
            </w:r>
            <w:r>
              <w:br/>
              <w:t>Energie voelen om grenzen te stellen</w:t>
            </w:r>
          </w:p>
        </w:tc>
        <w:tc>
          <w:tcPr>
            <w:tcW w:type="dxa" w:w="6350"/>
            <w:vAlign w:val="center"/>
          </w:tcPr>
          <w:p>
            <w:r>
              <w:t>Angry</w:t>
              <w:br/>
              <w:t>Feeling energy to set or defend your boundaries.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29" name="Picture 2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10b11924780b357e360f5c523cace42.png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Pissig</w:t>
            </w:r>
            <w:r>
              <w:br/>
              <w:t>Licht geirriteerd en prikkelbaar</w:t>
            </w:r>
          </w:p>
        </w:tc>
        <w:tc>
          <w:tcPr>
            <w:tcW w:type="dxa" w:w="6350"/>
            <w:vAlign w:val="center"/>
          </w:tcPr>
          <w:p>
            <w:r>
              <w:t>Pissed off</w:t>
              <w:br/>
              <w:t>Feeling mildly angry and irritable.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0" name="Picture 2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62e2229600ffdf6b552b0df94b2b5b5.png"/>
                          <pic:cNvPicPr/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Balen</w:t>
            </w:r>
            <w:r>
              <w:br/>
              <w:t>Teleurgesteld en licht boos zijn</w:t>
            </w:r>
          </w:p>
        </w:tc>
        <w:tc>
          <w:tcPr>
            <w:tcW w:type="dxa" w:w="6350"/>
            <w:vAlign w:val="center"/>
          </w:tcPr>
          <w:p>
            <w:r>
              <w:t>Annoyed</w:t>
              <w:br/>
              <w:t>Feeling disappointed and slightly angry.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1" name="Picture 2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601ac0391abbe935bdfabdb5af82c25.png"/>
                          <pic:cNvPicPr/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Onstemd</w:t>
            </w:r>
            <w:r>
              <w:br/>
              <w:t>Licht verstoord en uit balans voelen</w:t>
            </w:r>
          </w:p>
        </w:tc>
        <w:tc>
          <w:tcPr>
            <w:tcW w:type="dxa" w:w="6350"/>
            <w:vAlign w:val="center"/>
          </w:tcPr>
          <w:p>
            <w:r>
              <w:t>Upset</w:t>
              <w:br/>
              <w:t>Feeling mildly upset and out of balance.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2" name="Picture 2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f6230bdbc6a62e01b3915ac470b1ea9.png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Rusteloos</w:t>
            </w:r>
            <w:r>
              <w:br/>
              <w:t>Onrustige energie die eruit wil</w:t>
            </w:r>
          </w:p>
        </w:tc>
        <w:tc>
          <w:tcPr>
            <w:tcW w:type="dxa" w:w="6350"/>
            <w:vAlign w:val="center"/>
          </w:tcPr>
          <w:p>
            <w:r>
              <w:t>Restless</w:t>
              <w:br/>
              <w:t>Restless energy that needs an outlet.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3" name="Picture 2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590d79d8cf9e65fc3a429c0bd5d93fc.png"/>
                          <pic:cNvPicPr/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Sterk</w:t>
            </w:r>
            <w:r>
              <w:br/>
              <w:t>Innerlike kracht voelen</w:t>
            </w:r>
          </w:p>
        </w:tc>
        <w:tc>
          <w:tcPr>
            <w:tcW w:type="dxa" w:w="6350"/>
            <w:vAlign w:val="center"/>
          </w:tcPr>
          <w:p>
            <w:r>
              <w:t>Strong</w:t>
              <w:br/>
              <w:t>Feeling inner strength.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4" name="Picture 2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9980f965421191f37cde0ce18ae88e1.png"/>
                          <pic:cNvPicPr/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Moedig</w:t>
            </w:r>
            <w:r>
              <w:br/>
              <w:t>Handelen ondanks spanning</w:t>
            </w:r>
          </w:p>
        </w:tc>
        <w:tc>
          <w:tcPr>
            <w:tcW w:type="dxa" w:w="6350"/>
            <w:vAlign w:val="center"/>
          </w:tcPr>
          <w:p>
            <w:r>
              <w:t>Courageous</w:t>
              <w:br/>
              <w:t>Acting despite tension or fear.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5" name="Picture 2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9df248b96604d2b09f8b77f441b459d.png"/>
                          <pic:cNvPicPr/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Onverschrokken</w:t>
            </w:r>
            <w:r>
              <w:br/>
              <w:t>Zonder angst ergens in gaan</w:t>
            </w:r>
          </w:p>
        </w:tc>
        <w:tc>
          <w:tcPr>
            <w:tcW w:type="dxa" w:w="6350"/>
            <w:vAlign w:val="center"/>
          </w:tcPr>
          <w:p>
            <w:r>
              <w:t>Fearless</w:t>
              <w:br/>
              <w:t>Going into something without fear.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6" name="Picture 2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09adb87fea763b5dad2d08942f043a.png"/>
                          <pic:cNvPicPr/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Eigenwijs</w:t>
            </w:r>
            <w:r>
              <w:br/>
              <w:t>Vasthouden aan je eigen mening</w:t>
            </w:r>
          </w:p>
        </w:tc>
        <w:tc>
          <w:tcPr>
            <w:tcW w:type="dxa" w:w="6350"/>
            <w:vAlign w:val="center"/>
          </w:tcPr>
          <w:p>
            <w:r>
              <w:t>Stubborn</w:t>
              <w:br/>
              <w:t>Holding firmly to your own opinion.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7" name="Picture 2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2f754e9807b23cc2b2812b49f2bb87f.png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Stoïcijns</w:t>
            </w:r>
            <w:r>
              <w:br/>
              <w:t>Gevoelens beheersen en kalm blijven</w:t>
            </w:r>
          </w:p>
        </w:tc>
        <w:tc>
          <w:tcPr>
            <w:tcW w:type="dxa" w:w="6350"/>
            <w:vAlign w:val="center"/>
          </w:tcPr>
          <w:p>
            <w:r>
              <w:t>Stoic</w:t>
              <w:br/>
              <w:t>Controlling your feelings and remaining calm.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8" name="Picture 2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fa401d4d5877ca2bece7f73a1d43951.png"/>
                          <pic:cNvPicPr/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Uitdagend</w:t>
            </w:r>
            <w:r>
              <w:br/>
              <w:t>Grenzen testen of opzoeken</w:t>
            </w:r>
          </w:p>
        </w:tc>
        <w:tc>
          <w:tcPr>
            <w:tcW w:type="dxa" w:w="6350"/>
            <w:vAlign w:val="center"/>
          </w:tcPr>
          <w:p>
            <w:r>
              <w:t>Challenging</w:t>
              <w:br/>
              <w:t>Testing or pushing boundaries.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39" name="Picture 2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a1d4c671945b4728b4f3371d5c68e90.png"/>
                          <pic:cNvPicPr/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Gestimuleerd</w:t>
            </w:r>
            <w:r>
              <w:br/>
              <w:t>Geaotiveerd en gemotiveerd raken</w:t>
            </w:r>
          </w:p>
        </w:tc>
        <w:tc>
          <w:tcPr>
            <w:tcW w:type="dxa" w:w="6350"/>
            <w:vAlign w:val="center"/>
          </w:tcPr>
          <w:p>
            <w:r>
              <w:t>Stimulated</w:t>
              <w:br/>
              <w:t>Feeling activated and motivated.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0" name="Picture 2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acdc03ebe71a90f401c87ba7cdf96c1.png"/>
                          <pic:cNvPicPr/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Zeker</w:t>
            </w:r>
            <w:r>
              <w:br/>
              <w:t>Stevig in jezelf staan</w:t>
            </w:r>
          </w:p>
        </w:tc>
        <w:tc>
          <w:tcPr>
            <w:tcW w:type="dxa" w:w="6350"/>
            <w:vAlign w:val="center"/>
          </w:tcPr>
          <w:p>
            <w:r>
              <w:t>Certain</w:t>
              <w:br/>
              <w:t>Feeling steady and secure within yourself.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1" name="Picture 2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0a4794966abaadbeb0e062eaa1f89de.png"/>
                          <pic:cNvPicPr/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Zelfbewust</w:t>
            </w:r>
            <w:r>
              <w:br/>
              <w:t>Weten wat je voelt en wilt</w:t>
            </w:r>
          </w:p>
        </w:tc>
        <w:tc>
          <w:tcPr>
            <w:tcW w:type="dxa" w:w="6350"/>
            <w:vAlign w:val="center"/>
          </w:tcPr>
          <w:p>
            <w:r>
              <w:t>Self-aware</w:t>
              <w:br/>
              <w:t>Knowing what you feel and what you want.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2" name="Picture 2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eebd9c981bbe08e45e507636be40ba3.png"/>
                          <pic:cNvPicPr/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Vastberaden</w:t>
            </w:r>
            <w:r>
              <w:br/>
              <w:t>Doelgericht blijven doorgaan</w:t>
            </w:r>
          </w:p>
        </w:tc>
        <w:tc>
          <w:tcPr>
            <w:tcW w:type="dxa" w:w="6350"/>
            <w:vAlign w:val="center"/>
          </w:tcPr>
          <w:p>
            <w:r>
              <w:t>Determined</w:t>
              <w:br/>
              <w:t>Continuing purposefully toward your goal.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3" name="Picture 2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bda81c6c91400b28254689bb972ccf0.png"/>
                          <pic:cNvPicPr/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Daadkrachtig</w:t>
            </w:r>
            <w:r>
              <w:br/>
              <w:t>Actief handelen en doorpakken</w:t>
            </w:r>
          </w:p>
        </w:tc>
        <w:tc>
          <w:tcPr>
            <w:tcW w:type="dxa" w:w="6350"/>
            <w:vAlign w:val="center"/>
          </w:tcPr>
          <w:p>
            <w:r>
              <w:t>Decisive</w:t>
              <w:br/>
              <w:t>Taking action decisively and following through.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4" name="Picture 2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e0ec5df408b03d008230317429fbfb7.png"/>
                          <pic:cNvPicPr/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Krachtig</w:t>
            </w:r>
            <w:r>
              <w:br/>
              <w:t>Sterke energie uitstralen</w:t>
            </w:r>
          </w:p>
        </w:tc>
        <w:tc>
          <w:tcPr>
            <w:tcW w:type="dxa" w:w="6350"/>
            <w:vAlign w:val="center"/>
          </w:tcPr>
          <w:p>
            <w:r>
              <w:t>Powerful</w:t>
              <w:br/>
              <w:t>Radiating strong energy.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5" name="Picture 2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e72b19e914be42b01ce206ebffd2aaa.png"/>
                          <pic:cNvPicPr/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Gecentreerd</w:t>
            </w:r>
            <w:r>
              <w:br/>
              <w:t>In balans en stevig staan</w:t>
            </w:r>
          </w:p>
        </w:tc>
        <w:tc>
          <w:tcPr>
            <w:tcW w:type="dxa" w:w="6350"/>
            <w:vAlign w:val="center"/>
          </w:tcPr>
          <w:p>
            <w:r>
              <w:t>Centered</w:t>
              <w:br/>
              <w:t>Feeling balanced, grounded, and steady.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6" name="Picture 2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c4f26ab50e9a5e82e785b53979a48d5.png"/>
                          <pic:cNvPicPr/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Passievol</w:t>
            </w:r>
            <w:r>
              <w:br/>
              <w:t>Gedreven door sterke energie</w:t>
            </w:r>
          </w:p>
        </w:tc>
        <w:tc>
          <w:tcPr>
            <w:tcW w:type="dxa" w:w="6350"/>
            <w:vAlign w:val="center"/>
          </w:tcPr>
          <w:p>
            <w:r>
              <w:t>Passionate</w:t>
              <w:br/>
              <w:t>Driven by strong energy.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7" name="Picture 2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cc5f3b25e22217d5c632c0c4a0c4031.png"/>
                          <pic:cNvPicPr/>
                        </pic:nvPicPr>
                        <pic:blipFill>
                          <a:blip r:embed="rId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Geestdriftig</w:t>
            </w:r>
            <w:r>
              <w:br/>
              <w:t>Enthousiast en energiek ergens voor gaan</w:t>
            </w:r>
          </w:p>
        </w:tc>
        <w:tc>
          <w:tcPr>
            <w:tcW w:type="dxa" w:w="6350"/>
            <w:vAlign w:val="center"/>
          </w:tcPr>
          <w:p>
            <w:r>
              <w:t>Enthusiastic</w:t>
              <w:br/>
              <w:t>Approaching something with enthusiasm and energy.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t>Angst — Fear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680"/>
        <w:gridCol w:w="6350"/>
        <w:gridCol w:w="6350"/>
      </w:tblGrid>
      <w:tr>
        <w:tc>
          <w:tcPr>
            <w:tcW w:type="dxa" w:w="1247"/>
            <w:vAlign w:val="center"/>
          </w:tcPr>
          <w:p>
            <w:r>
              <w:rPr>
                <w:b/>
              </w:rPr>
              <w:t>Emoticon</w:t>
            </w:r>
          </w:p>
        </w:tc>
        <w:tc>
          <w:tcPr>
            <w:tcW w:type="dxa" w:w="680"/>
            <w:shd w:fill="E7E9ED"/>
            <w:vAlign w:val="center"/>
          </w:tcPr>
          <w:p>
            <w:r>
              <w:rPr>
                <w:b/>
              </w:rPr>
              <w:t>Nr.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Nederlands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English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8" name="Picture 2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58cbd6e5a0e3ce0a8991eb6c8cdb85c.png"/>
                          <pic:cNvPicPr/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Hulpeloos</w:t>
            </w:r>
            <w:r>
              <w:br/>
              <w:t>Geen controle voelen over de situatie</w:t>
            </w:r>
          </w:p>
        </w:tc>
        <w:tc>
          <w:tcPr>
            <w:tcW w:type="dxa" w:w="6350"/>
            <w:vAlign w:val="center"/>
          </w:tcPr>
          <w:p>
            <w:r>
              <w:t>Helpless</w:t>
              <w:br/>
              <w:t>Feeling that you have no control over the situation.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49" name="Picture 2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66856a7eaeb3806e4aa9bd2784a6554.png"/>
                          <pic:cNvPicPr/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Hopeloos</w:t>
            </w:r>
            <w:r>
              <w:br/>
              <w:t>Geen uitweg of oplossing meer zien</w:t>
            </w:r>
          </w:p>
        </w:tc>
        <w:tc>
          <w:tcPr>
            <w:tcW w:type="dxa" w:w="6350"/>
            <w:vAlign w:val="center"/>
          </w:tcPr>
          <w:p>
            <w:r>
              <w:t>Hopeless</w:t>
              <w:br/>
              <w:t>Seeing no way out or solution.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0" name="Picture 2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5d3b00421b0846d65fdcdb558bf582b.png"/>
                          <pic:cNvPicPr/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Overspannen</w:t>
            </w:r>
            <w:r>
              <w:br/>
              <w:t>Overbelast en continu onder druk</w:t>
            </w:r>
          </w:p>
        </w:tc>
        <w:tc>
          <w:tcPr>
            <w:tcW w:type="dxa" w:w="6350"/>
            <w:vAlign w:val="center"/>
          </w:tcPr>
          <w:p>
            <w:r>
              <w:t>Overstrained</w:t>
              <w:br/>
              <w:t>Feeling overloaded and constantly under pressure.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1" name="Picture 2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f2611d30e1abc9c1e32743ac28097c4.png"/>
                          <pic:cNvPicPr/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Paniek</w:t>
            </w:r>
            <w:r>
              <w:br/>
              <w:t>Acute angst zonder overzicht</w:t>
            </w:r>
          </w:p>
        </w:tc>
        <w:tc>
          <w:tcPr>
            <w:tcW w:type="dxa" w:w="6350"/>
            <w:vAlign w:val="center"/>
          </w:tcPr>
          <w:p>
            <w:r>
              <w:t>Panic</w:t>
              <w:br/>
              <w:t>Acute fear with no sense of overview or control.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2" name="Picture 2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58cbd6e5a0e3ce0a8991eb6c8cdb85c.png"/>
                          <pic:cNvPicPr/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Wanhopig</w:t>
            </w:r>
            <w:r>
              <w:br/>
              <w:t>Radeloos zoeken naar een oplossing</w:t>
            </w:r>
          </w:p>
        </w:tc>
        <w:tc>
          <w:tcPr>
            <w:tcW w:type="dxa" w:w="6350"/>
            <w:vAlign w:val="center"/>
          </w:tcPr>
          <w:p>
            <w:r>
              <w:t>Desperate</w:t>
              <w:br/>
              <w:t>Desperately searching for a solution.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3" name="Picture 2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66856a7eaeb3806e4aa9bd2784a6554.png"/>
                          <pic:cNvPicPr/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Verloren</w:t>
            </w:r>
            <w:r>
              <w:br/>
              <w:t>Geen richting of houvast ervaren</w:t>
            </w:r>
          </w:p>
        </w:tc>
        <w:tc>
          <w:tcPr>
            <w:tcW w:type="dxa" w:w="6350"/>
            <w:vAlign w:val="center"/>
          </w:tcPr>
          <w:p>
            <w:r>
              <w:t>Lost</w:t>
              <w:br/>
              <w:t>Feeling without direction or support.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4" name="Picture 2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5d3b00421b0846d65fdcdb558bf582b.png"/>
                          <pic:cNvPicPr/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Radeloos</w:t>
            </w:r>
            <w:r>
              <w:br/>
              <w:t>Niet weten wat te doen</w:t>
            </w:r>
          </w:p>
        </w:tc>
        <w:tc>
          <w:tcPr>
            <w:tcW w:type="dxa" w:w="6350"/>
            <w:vAlign w:val="center"/>
          </w:tcPr>
          <w:p>
            <w:r>
              <w:t>Distraught</w:t>
              <w:br/>
              <w:t>Not knowing what to do.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5" name="Picture 2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f2611d30e1abc9c1e32743ac28097c4.png"/>
                          <pic:cNvPicPr/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Angst</w:t>
            </w:r>
            <w:r>
              <w:br/>
              <w:t>Waarschuwende reactie op gevaar of onzekerheid</w:t>
            </w:r>
          </w:p>
        </w:tc>
        <w:tc>
          <w:tcPr>
            <w:tcW w:type="dxa" w:w="6350"/>
            <w:vAlign w:val="center"/>
          </w:tcPr>
          <w:p>
            <w:r>
              <w:t>Fear</w:t>
              <w:br/>
              <w:t>A warning response to danger or uncertainty.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6" name="Picture 2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8ce77d7257a96fc4c76fde428225a16.png"/>
                          <pic:cNvPicPr/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Verlatingsangst</w:t>
            </w:r>
            <w:r>
              <w:br/>
              <w:t>Bang zijn om alleen gelaten te worden</w:t>
            </w:r>
          </w:p>
        </w:tc>
        <w:tc>
          <w:tcPr>
            <w:tcW w:type="dxa" w:w="6350"/>
            <w:vAlign w:val="center"/>
          </w:tcPr>
          <w:p>
            <w:r>
              <w:t>Fear of abandonment</w:t>
              <w:br/>
              <w:t>Being afraid of being left alone.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7" name="Picture 2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d07ace7e3ad75ee04b0ecf9285888b7.png"/>
                          <pic:cNvPicPr/>
                        </pic:nvPicPr>
                        <pic:blipFill>
                          <a:blip r:embed="rId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Hypochondrie</w:t>
            </w:r>
            <w:r>
              <w:br/>
              <w:t>Overmatige angst voor ziekte</w:t>
            </w:r>
          </w:p>
        </w:tc>
        <w:tc>
          <w:tcPr>
            <w:tcW w:type="dxa" w:w="6350"/>
            <w:vAlign w:val="center"/>
          </w:tcPr>
          <w:p>
            <w:r>
              <w:t>Hypochondria</w:t>
              <w:br/>
              <w:t>Excessive fear of illness.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8" name="Picture 2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f847b352a42472ad009de4d3c753e9c.png"/>
                          <pic:cNvPicPr/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Faalangst</w:t>
            </w:r>
            <w:r>
              <w:br/>
              <w:t>Bang zijn om niet te voldoen</w:t>
            </w:r>
          </w:p>
        </w:tc>
        <w:tc>
          <w:tcPr>
            <w:tcW w:type="dxa" w:w="6350"/>
            <w:vAlign w:val="center"/>
          </w:tcPr>
          <w:p>
            <w:r>
              <w:t>Fear of failure</w:t>
              <w:br/>
              <w:t>Being afraid of not meeting expectations.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59" name="Picture 2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f9de37e0b48e9f22f6dcc1d6ca2016a.png"/>
                          <pic:cNvPicPr/>
                        </pic:nvPicPr>
                        <pic:blipFill>
                          <a:blip r:embed="rId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Bindingsangst</w:t>
            </w:r>
            <w:r>
              <w:br/>
              <w:t>‘Angst om je te verbinden</w:t>
            </w:r>
          </w:p>
        </w:tc>
        <w:tc>
          <w:tcPr>
            <w:tcW w:type="dxa" w:w="6350"/>
            <w:vAlign w:val="center"/>
          </w:tcPr>
          <w:p>
            <w:r>
              <w:t>Fear of commitment</w:t>
              <w:br/>
              <w:t>Fear of committing yourself to a relationship.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0" name="Picture 2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9bb88e3188b819ca735abcc7d8d22c0.png"/>
                          <pic:cNvPicPr/>
                        </pic:nvPicPr>
                        <pic:blipFill>
                          <a:blip r:embed="rId2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Verweesd</w:t>
            </w:r>
            <w:r>
              <w:br/>
              <w:t>Je verlaten en kwetsbaar voelen</w:t>
            </w:r>
          </w:p>
        </w:tc>
        <w:tc>
          <w:tcPr>
            <w:tcW w:type="dxa" w:w="6350"/>
            <w:vAlign w:val="center"/>
          </w:tcPr>
          <w:p>
            <w:r>
              <w:t>Bereft</w:t>
              <w:br/>
              <w:t>Feeling abandoned and vulnerable.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1" name="Picture 2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f21038eaf92b1e2e09ee0d665718405.png"/>
                          <pic:cNvPicPr/>
                        </pic:nvPicPr>
                        <pic:blipFill>
                          <a:blip r:embed="rId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Verontrust</w:t>
            </w:r>
            <w:r>
              <w:br/>
              <w:t>Onrustig door mogelijke problemen</w:t>
            </w:r>
          </w:p>
        </w:tc>
        <w:tc>
          <w:tcPr>
            <w:tcW w:type="dxa" w:w="6350"/>
            <w:vAlign w:val="center"/>
          </w:tcPr>
          <w:p>
            <w:r>
              <w:t>Concerned</w:t>
              <w:br/>
              <w:t>Feeling uneasy because of possible problems.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2" name="Picture 2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759df5ad1cde91781f11211df021e9.png"/>
                          <pic:cNvPicPr/>
                        </pic:nvPicPr>
                        <pic:blipFill>
                          <a:blip r:embed="rId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Fobie - Vrees</w:t>
            </w:r>
            <w:r>
              <w:br/>
              <w:t>Sterke angst voor iets specificks</w:t>
            </w:r>
          </w:p>
        </w:tc>
        <w:tc>
          <w:tcPr>
            <w:tcW w:type="dxa" w:w="6350"/>
            <w:vAlign w:val="center"/>
          </w:tcPr>
          <w:p>
            <w:r>
              <w:t>Phobia - Fear</w:t>
              <w:br/>
              <w:t>A strong fear of something specific.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3" name="Picture 2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b9023f586c4d793f6312949e61ee130.png"/>
                          <pic:cNvPicPr/>
                        </pic:nvPicPr>
                        <pic:blipFill>
                          <a:blip r:embed="rId2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Overmoedig</w:t>
            </w:r>
            <w:r>
              <w:br/>
              <w:t>Risico nemen om angst te overschreeuwen</w:t>
            </w:r>
          </w:p>
        </w:tc>
        <w:tc>
          <w:tcPr>
            <w:tcW w:type="dxa" w:w="6350"/>
            <w:vAlign w:val="center"/>
          </w:tcPr>
          <w:p>
            <w:r>
              <w:t>Overconfident</w:t>
              <w:br/>
              <w:t>Taking risks to drown out or hide fear.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4" name="Picture 2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167fc15566c53ba8fceafe06a941797.png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Bezorgd</w:t>
            </w:r>
            <w:r>
              <w:br/>
              <w:t>Denken aan negatieve uitkomsten</w:t>
            </w:r>
          </w:p>
        </w:tc>
        <w:tc>
          <w:tcPr>
            <w:tcW w:type="dxa" w:w="6350"/>
            <w:vAlign w:val="center"/>
          </w:tcPr>
          <w:p>
            <w:r>
              <w:t>Worried</w:t>
              <w:br/>
              <w:t>Thinking about possible negative outcomes.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5" name="Picture 2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10283787f992774cc0db26368c6fe25.png"/>
                          <pic:cNvPicPr/>
                        </pic:nvPicPr>
                        <pic:blipFill>
                          <a:blip r:embed="rId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Onveilig</w:t>
            </w:r>
            <w:r>
              <w:br/>
              <w:t>Je niet beschermd voelen</w:t>
            </w:r>
          </w:p>
        </w:tc>
        <w:tc>
          <w:tcPr>
            <w:tcW w:type="dxa" w:w="6350"/>
            <w:vAlign w:val="center"/>
          </w:tcPr>
          <w:p>
            <w:r>
              <w:t>Unsafe</w:t>
              <w:br/>
              <w:t>Feeling unprotected or unsafe.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6" name="Picture 2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1b9137742863ca56462912ba44f365e.png"/>
                          <pic:cNvPicPr/>
                        </pic:nvPicPr>
                        <pic:blipFill>
                          <a:blip r:embed="rId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Bedreigd</w:t>
            </w:r>
            <w:r>
              <w:br/>
              <w:t>Gevaar ervaren voor jezelf</w:t>
            </w:r>
          </w:p>
        </w:tc>
        <w:tc>
          <w:tcPr>
            <w:tcW w:type="dxa" w:w="6350"/>
            <w:vAlign w:val="center"/>
          </w:tcPr>
          <w:p>
            <w:r>
              <w:t>Threatened</w:t>
              <w:br/>
              <w:t>Feeling that you are in danger.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7" name="Picture 2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0701f152e8a0a405fa824f71ce9cc44.png"/>
                          <pic:cNvPicPr/>
                        </pic:nvPicPr>
                        <pic:blipFill>
                          <a:blip r:embed="rId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Gealarmeerd</w:t>
            </w:r>
            <w:r>
              <w:br/>
              <w:t>Direct alert reageren</w:t>
            </w:r>
          </w:p>
        </w:tc>
        <w:tc>
          <w:tcPr>
            <w:tcW w:type="dxa" w:w="6350"/>
            <w:vAlign w:val="center"/>
          </w:tcPr>
          <w:p>
            <w:r>
              <w:t>Alarmed</w:t>
              <w:br/>
              <w:t>Reacting immediately with heightened alertness.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8" name="Picture 2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f6f0fcc8b51e9aae1e20a700861caee.png"/>
                          <pic:cNvPicPr/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Gestresst</w:t>
            </w:r>
            <w:r>
              <w:br/>
              <w:t>Overbelast door druk</w:t>
            </w:r>
          </w:p>
        </w:tc>
        <w:tc>
          <w:tcPr>
            <w:tcW w:type="dxa" w:w="6350"/>
            <w:vAlign w:val="center"/>
          </w:tcPr>
          <w:p>
            <w:r>
              <w:t>Stressed</w:t>
              <w:br/>
              <w:t>Feeling overloaded by pressure.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69" name="Picture 2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9da7d52d88d21cb746a05827328eb7.png"/>
                          <pic:cNvPicPr/>
                        </pic:nvPicPr>
                        <pic:blipFill>
                          <a:blip r:embed="rId2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Gespannen</w:t>
            </w:r>
            <w:r>
              <w:br/>
              <w:t>Lichamelijke spanning voelen</w:t>
            </w:r>
          </w:p>
        </w:tc>
        <w:tc>
          <w:tcPr>
            <w:tcW w:type="dxa" w:w="6350"/>
            <w:vAlign w:val="center"/>
          </w:tcPr>
          <w:p>
            <w:r>
              <w:t>Tense</w:t>
              <w:br/>
              <w:t>Feeling physical tension.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0" name="Picture 2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775cd3d4af3315476a70bf9f27ffd12.png"/>
                          <pic:cNvPicPr/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Gehaast</w:t>
            </w:r>
            <w:r>
              <w:br/>
              <w:t>Druk voelen om snel te handelen</w:t>
            </w:r>
          </w:p>
        </w:tc>
        <w:tc>
          <w:tcPr>
            <w:tcW w:type="dxa" w:w="6350"/>
            <w:vAlign w:val="center"/>
          </w:tcPr>
          <w:p>
            <w:r>
              <w:t>Hurried</w:t>
              <w:br/>
              <w:t>Feeling pressure to act quickly.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1" name="Picture 2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09ee9f6cebdb354a4461c3fc665ea19.png"/>
                          <pic:cNvPicPr/>
                        </pic:nvPicPr>
                        <pic:blipFill>
                          <a:blip r:embed="rId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Nerveus</w:t>
            </w:r>
            <w:r>
              <w:br/>
              <w:t>Licht onrustig en gespannen</w:t>
            </w:r>
          </w:p>
        </w:tc>
        <w:tc>
          <w:tcPr>
            <w:tcW w:type="dxa" w:w="6350"/>
            <w:vAlign w:val="center"/>
          </w:tcPr>
          <w:p>
            <w:r>
              <w:t>Nervous</w:t>
              <w:br/>
              <w:t>Feeling mildly restless and tense.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2" name="Picture 2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5725419ba39b750db3b8d7891ef9571.png"/>
                          <pic:cNvPicPr/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Broos</w:t>
            </w:r>
            <w:r>
              <w:br/>
              <w:t>Kwetsbaar en snel uit balans</w:t>
            </w:r>
          </w:p>
        </w:tc>
        <w:tc>
          <w:tcPr>
            <w:tcW w:type="dxa" w:w="6350"/>
            <w:vAlign w:val="center"/>
          </w:tcPr>
          <w:p>
            <w:r>
              <w:t>Fragile</w:t>
              <w:br/>
              <w:t>Feeling vulnerable and easily thrown off balance.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3" name="Picture 2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f30c99b7e1dc4b5b8f75d694cf4d79f.png"/>
                          <pic:cNvPicPr/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Unheimisch</w:t>
            </w:r>
            <w:r>
              <w:br/>
              <w:t>\Vreemd en onveilig gevoe!</w:t>
            </w:r>
          </w:p>
        </w:tc>
        <w:tc>
          <w:tcPr>
            <w:tcW w:type="dxa" w:w="6350"/>
            <w:vAlign w:val="center"/>
          </w:tcPr>
          <w:p>
            <w:r>
              <w:t>Eerie</w:t>
              <w:br/>
              <w:t>A strange and unsafe feeling.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4" name="Picture 2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2ec2f0b9f5b6328d1ee8d71740efc58.png"/>
                          <pic:cNvPicPr/>
                        </pic:nvPicPr>
                        <pic:blipFill>
                          <a:blip r:embed="rId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Teruggetrokken</w:t>
            </w:r>
            <w:r>
              <w:br/>
              <w:t>Je afsluiten voor bescherming</w:t>
            </w:r>
          </w:p>
        </w:tc>
        <w:tc>
          <w:tcPr>
            <w:tcW w:type="dxa" w:w="6350"/>
            <w:vAlign w:val="center"/>
          </w:tcPr>
          <w:p>
            <w:r>
              <w:t>Withdrawn</w:t>
              <w:br/>
              <w:t>Closing yourself off for protection.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5" name="Picture 2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c253bce2e5ca0bd236c45e02c766eb.png"/>
                          <pic:cNvPicPr/>
                        </pic:nvPicPr>
                        <pic:blipFill>
                          <a:blip r:embed="rId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Versteend</w:t>
            </w:r>
            <w:r>
              <w:br/>
              <w:t>Bevriezen door angst</w:t>
            </w:r>
          </w:p>
        </w:tc>
        <w:tc>
          <w:tcPr>
            <w:tcW w:type="dxa" w:w="6350"/>
            <w:vAlign w:val="center"/>
          </w:tcPr>
          <w:p>
            <w:r>
              <w:t>Petrified</w:t>
              <w:br/>
              <w:t>Freezing because of fear.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6" name="Picture 2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46f0995e91969600fc049ab5f089c19.png"/>
                          <pic:cNvPicPr/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Kwetsbaar</w:t>
            </w:r>
            <w:r>
              <w:br/>
              <w:t>Gevoelig voor pijn of afwijzing</w:t>
            </w:r>
          </w:p>
        </w:tc>
        <w:tc>
          <w:tcPr>
            <w:tcW w:type="dxa" w:w="6350"/>
            <w:vAlign w:val="center"/>
          </w:tcPr>
          <w:p>
            <w:r>
              <w:t>Vulnerable</w:t>
              <w:br/>
              <w:t>Being sensitive to pain or rejection.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7" name="Picture 2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6eaffa8bca9ecb9cd5f66e3835cc687.png"/>
                          <pic:cNvPicPr/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Onbestemd</w:t>
            </w:r>
            <w:r>
              <w:br/>
              <w:t>Vage angst zonder oorzaak</w:t>
            </w:r>
          </w:p>
        </w:tc>
        <w:tc>
          <w:tcPr>
            <w:tcW w:type="dxa" w:w="6350"/>
            <w:vAlign w:val="center"/>
          </w:tcPr>
          <w:p>
            <w:r>
              <w:t>Vague</w:t>
              <w:br/>
              <w:t>A vague fear without a clear cause.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8" name="Picture 2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4c168aee12ee53d73a497e9bb57baf4.png"/>
                          <pic:cNvPicPr/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Aarzeling</w:t>
            </w:r>
            <w:r>
              <w:br/>
              <w:t>Twijfel door onzekerheid</w:t>
            </w:r>
          </w:p>
        </w:tc>
        <w:tc>
          <w:tcPr>
            <w:tcW w:type="dxa" w:w="6350"/>
            <w:vAlign w:val="center"/>
          </w:tcPr>
          <w:p>
            <w:r>
              <w:t>Hesitation</w:t>
              <w:br/>
              <w:t>Doubt caused by uncertainty.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79" name="Picture 2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77d61548128672a80dac15ae10336c2.png"/>
                          <pic:cNvPicPr/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Bedrukt</w:t>
            </w:r>
            <w:r>
              <w:br/>
              <w:t>Zware spanning voelen</w:t>
            </w:r>
          </w:p>
        </w:tc>
        <w:tc>
          <w:tcPr>
            <w:tcW w:type="dxa" w:w="6350"/>
            <w:vAlign w:val="center"/>
          </w:tcPr>
          <w:p>
            <w:r>
              <w:t>Heavy-hearted</w:t>
              <w:br/>
              <w:t>Feeling heavy tension or emotional pressure.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0" name="Picture 2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d2ecfb612ad88eefe93b2698d13cc5.png"/>
                          <pic:cNvPicPr/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Onder druk</w:t>
            </w:r>
            <w:r>
              <w:br/>
              <w:t>Moeten presteren</w:t>
            </w:r>
          </w:p>
        </w:tc>
        <w:tc>
          <w:tcPr>
            <w:tcW w:type="dxa" w:w="6350"/>
            <w:vAlign w:val="center"/>
          </w:tcPr>
          <w:p>
            <w:r>
              <w:t>Under pressure</w:t>
              <w:br/>
              <w:t>Feeling that you have to perform.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1" name="Picture 2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65896c6992ba6c773208ff5d4d90a7.png"/>
                          <pic:cNvPicPr/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Alert</w:t>
            </w:r>
            <w:r>
              <w:br/>
              <w:t>‘Scherp opletten op risico's</w:t>
            </w:r>
          </w:p>
        </w:tc>
        <w:tc>
          <w:tcPr>
            <w:tcW w:type="dxa" w:w="6350"/>
            <w:vAlign w:val="center"/>
          </w:tcPr>
          <w:p>
            <w:r>
              <w:t>Alert</w:t>
              <w:br/>
              <w:t>Paying close attention to possible risks.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2" name="Picture 2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4857078004c0e87cc44c7642a4ce24a.png"/>
                          <pic:cNvPicPr/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Waakzaam</w:t>
            </w:r>
            <w:r>
              <w:br/>
              <w:t>Voorzichtig en alert</w:t>
            </w:r>
          </w:p>
        </w:tc>
        <w:tc>
          <w:tcPr>
            <w:tcW w:type="dxa" w:w="6350"/>
            <w:vAlign w:val="center"/>
          </w:tcPr>
          <w:p>
            <w:r>
              <w:t>Vigilant</w:t>
              <w:br/>
              <w:t>Being cautious and alert.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3" name="Picture 2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1450f8175a987bfe0027499cf81774c.png"/>
                          <pic:cNvPicPr/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Wantrouwend</w:t>
            </w:r>
            <w:r>
              <w:br/>
              <w:t>Twijfelen aan intenties</w:t>
            </w:r>
          </w:p>
        </w:tc>
        <w:tc>
          <w:tcPr>
            <w:tcW w:type="dxa" w:w="6350"/>
            <w:vAlign w:val="center"/>
          </w:tcPr>
          <w:p>
            <w:r>
              <w:t>Distrustful</w:t>
              <w:br/>
              <w:t>Doubting other people’s intentions.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4" name="Picture 2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ca43b93950237caa4aceec36956e6cb.png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Paranoia</w:t>
            </w:r>
            <w:r>
              <w:br/>
              <w:t>Overdreven achterdocht</w:t>
            </w:r>
          </w:p>
        </w:tc>
        <w:tc>
          <w:tcPr>
            <w:tcW w:type="dxa" w:w="6350"/>
            <w:vAlign w:val="center"/>
          </w:tcPr>
          <w:p>
            <w:r>
              <w:t>Paranoia</w:t>
              <w:br/>
              <w:t>Excessive suspicion.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t>Afkeer — Disgust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680"/>
        <w:gridCol w:w="6350"/>
        <w:gridCol w:w="6350"/>
      </w:tblGrid>
      <w:tr>
        <w:tc>
          <w:tcPr>
            <w:tcW w:type="dxa" w:w="1247"/>
            <w:vAlign w:val="center"/>
          </w:tcPr>
          <w:p>
            <w:r>
              <w:rPr>
                <w:b/>
              </w:rPr>
              <w:t>Emoticon</w:t>
            </w:r>
          </w:p>
        </w:tc>
        <w:tc>
          <w:tcPr>
            <w:tcW w:type="dxa" w:w="680"/>
            <w:shd w:fill="E7E9ED"/>
            <w:vAlign w:val="center"/>
          </w:tcPr>
          <w:p>
            <w:r>
              <w:rPr>
                <w:b/>
              </w:rPr>
              <w:t>Nr.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Nederlands</w:t>
            </w:r>
          </w:p>
        </w:tc>
        <w:tc>
          <w:tcPr>
            <w:tcW w:type="dxa" w:w="6350"/>
            <w:shd w:fill="E7E9ED"/>
            <w:vAlign w:val="center"/>
          </w:tcPr>
          <w:p>
            <w:r>
              <w:rPr>
                <w:b/>
              </w:rPr>
              <w:t>English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5" name="Picture 2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fe395259d3b2cb3b3e2fa11c8748975.png"/>
                          <pic:cNvPicPr/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Burnout</w:t>
            </w:r>
            <w:r>
              <w:br/>
              <w:t>Totale uitputting door langdurige overbelasting</w:t>
            </w:r>
          </w:p>
        </w:tc>
        <w:tc>
          <w:tcPr>
            <w:tcW w:type="dxa" w:w="6350"/>
            <w:vAlign w:val="center"/>
          </w:tcPr>
          <w:p>
            <w:r>
              <w:t>Burnout</w:t>
              <w:br/>
              <w:t>Complete exhaustion caused by prolonged overload.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6" name="Picture 2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17d62d6b625da8a7a92915218bc34eb.png"/>
                          <pic:cNvPicPr/>
                        </pic:nvPicPr>
                        <pic:blipFill>
                          <a:blip r:embed="rId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Uitgeput</w:t>
            </w:r>
            <w:r>
              <w:br/>
              <w:t>Geen energie meer hebben</w:t>
            </w:r>
          </w:p>
        </w:tc>
        <w:tc>
          <w:tcPr>
            <w:tcW w:type="dxa" w:w="6350"/>
            <w:vAlign w:val="center"/>
          </w:tcPr>
          <w:p>
            <w:r>
              <w:t>Exhausted</w:t>
              <w:br/>
              <w:t>Having no energy left.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7" name="Picture 2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7fff76886c5cc112d0364e7eb5f25b.png"/>
                          <pic:cNvPicPr/>
                        </pic:nvPicPr>
                        <pic:blipFill>
                          <a:blip r:embed="rId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Ongeïnteresseerd</w:t>
            </w:r>
            <w:r>
              <w:br/>
              <w:t>Geen motivatie of betrokkenheid</w:t>
            </w:r>
          </w:p>
        </w:tc>
        <w:tc>
          <w:tcPr>
            <w:tcW w:type="dxa" w:w="6350"/>
            <w:vAlign w:val="center"/>
          </w:tcPr>
          <w:p>
            <w:r>
              <w:t>Uninterested</w:t>
              <w:br/>
              <w:t>Feeling no motivation or involvement.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8" name="Picture 2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7dfaef1e699ffaaccffcadadd5917713.png"/>
                          <pic:cNvPicPr/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3a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Gevoelloos</w:t>
            </w:r>
            <w:r>
              <w:br/>
              <w:t>Afgesloten van emoties</w:t>
            </w:r>
          </w:p>
        </w:tc>
        <w:tc>
          <w:tcPr>
            <w:tcW w:type="dxa" w:w="6350"/>
            <w:vAlign w:val="center"/>
          </w:tcPr>
          <w:p>
            <w:r>
              <w:t>Emotionless</w:t>
              <w:br/>
              <w:t>Feeling cut off from your emotions.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89" name="Picture 2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f2718a6df5adcdf4edb08c986ed6d65.png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Onverschillig</w:t>
            </w:r>
            <w:r>
              <w:br/>
              <w:t>Het maakt je niets uit</w:t>
            </w:r>
          </w:p>
        </w:tc>
        <w:tc>
          <w:tcPr>
            <w:tcW w:type="dxa" w:w="6350"/>
            <w:vAlign w:val="center"/>
          </w:tcPr>
          <w:p>
            <w:r>
              <w:t>Indifferent</w:t>
              <w:br/>
              <w:t>Feeling that it does not matter to you.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0" name="Picture 2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67a1739e6ee1b334f5704b3c06b077a.png"/>
                          <pic:cNvPicPr/>
                        </pic:nvPicPr>
                        <pic:blipFill>
                          <a:blip r:embed="rId2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Onbehagelijk</w:t>
            </w:r>
            <w:r>
              <w:br/>
              <w:t>Licht ongemakkelik gevoel</w:t>
            </w:r>
          </w:p>
        </w:tc>
        <w:tc>
          <w:tcPr>
            <w:tcW w:type="dxa" w:w="6350"/>
            <w:vAlign w:val="center"/>
          </w:tcPr>
          <w:p>
            <w:r>
              <w:t>Uncomfortable</w:t>
              <w:br/>
              <w:t>A mildly uncomfortable feeling.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1" name="Picture 2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34c588a2813078fe0e25681922fcd94.png"/>
                          <pic:cNvPicPr/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Ongemakkelijk</w:t>
            </w:r>
            <w:r>
              <w:br/>
              <w:t>Je niet op je gemak voelen</w:t>
            </w:r>
          </w:p>
        </w:tc>
        <w:tc>
          <w:tcPr>
            <w:tcW w:type="dxa" w:w="6350"/>
            <w:vAlign w:val="center"/>
          </w:tcPr>
          <w:p>
            <w:r>
              <w:t>Uneasy</w:t>
              <w:br/>
              <w:t>Not feeling at ease.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2" name="Picture 2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b547a359d658a4e909f4bc7249782e1.png"/>
                          <pic:cNvPicPr/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Geen zin</w:t>
            </w:r>
            <w:r>
              <w:br/>
              <w:t>Weerstand om iets te doen</w:t>
            </w:r>
          </w:p>
        </w:tc>
        <w:tc>
          <w:tcPr>
            <w:tcW w:type="dxa" w:w="6350"/>
            <w:vAlign w:val="center"/>
          </w:tcPr>
          <w:p>
            <w:r>
              <w:t>Not in the mood</w:t>
              <w:br/>
              <w:t>Feeling resistance to doing something.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3" name="Picture 2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cf18624304479ec3aa03fe413352156.png"/>
                          <pic:cNvPicPr/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Niet in stemming</w:t>
            </w:r>
            <w:r>
              <w:br/>
              <w:t>Geen energie of motivatie</w:t>
            </w:r>
          </w:p>
        </w:tc>
        <w:tc>
          <w:tcPr>
            <w:tcW w:type="dxa" w:w="6350"/>
            <w:vAlign w:val="center"/>
          </w:tcPr>
          <w:p>
            <w:r>
              <w:t>Not in the mood</w:t>
              <w:br/>
              <w:t>Having no energy or motivation.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4" name="Picture 2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5df82aaddc00f8b0ce8eee18713278c.png"/>
                          <pic:cNvPicPr/>
                        </pic:nvPicPr>
                        <pic:blipFill>
                          <a:blip r:embed="rId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Vervelen</w:t>
            </w:r>
            <w:r>
              <w:br/>
              <w:t>Gebrek aan prikkels</w:t>
            </w:r>
          </w:p>
        </w:tc>
        <w:tc>
          <w:tcPr>
            <w:tcW w:type="dxa" w:w="6350"/>
            <w:vAlign w:val="center"/>
          </w:tcPr>
          <w:p>
            <w:r>
              <w:t>Bored</w:t>
              <w:br/>
              <w:t>A lack of stimulation.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5" name="Picture 2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d47fa5ffdec5239a9cc405e6b1557e7.png"/>
                          <pic:cNvPicPr/>
                        </pic:nvPicPr>
                        <pic:blipFill>
                          <a:blip r:embed="rId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Lui</w:t>
            </w:r>
            <w:r>
              <w:br/>
              <w:t>Weinig energie om te handelen</w:t>
            </w:r>
          </w:p>
        </w:tc>
        <w:tc>
          <w:tcPr>
            <w:tcW w:type="dxa" w:w="6350"/>
            <w:vAlign w:val="center"/>
          </w:tcPr>
          <w:p>
            <w:r>
              <w:t>Lazy</w:t>
              <w:br/>
              <w:t>Having little energy to take action.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6" name="Picture 2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5a5cb869318446363998200dc9c6ca4.png"/>
                          <pic:cNvPicPr/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Zinloos</w:t>
            </w:r>
            <w:r>
              <w:br/>
              <w:t>Geen betekenis ervaren</w:t>
            </w:r>
          </w:p>
        </w:tc>
        <w:tc>
          <w:tcPr>
            <w:tcW w:type="dxa" w:w="6350"/>
            <w:vAlign w:val="center"/>
          </w:tcPr>
          <w:p>
            <w:r>
              <w:t>Meaningless</w:t>
              <w:br/>
              <w:t>Experiencing no sense of meaning.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7" name="Picture 2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355cde132640c309618751a5120a87d.png"/>
                          <pic:cNvPicPr/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Gereserveerd</w:t>
            </w:r>
            <w:r>
              <w:br/>
              <w:t>Afstand houden in contact</w:t>
            </w:r>
          </w:p>
        </w:tc>
        <w:tc>
          <w:tcPr>
            <w:tcW w:type="dxa" w:w="6350"/>
            <w:vAlign w:val="center"/>
          </w:tcPr>
          <w:p>
            <w:r>
              <w:t>Reserved</w:t>
              <w:br/>
              <w:t>Keeping your distance in contact with others.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8" name="Picture 2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6bf6f5719564824929f2be17cf0b552.png"/>
                          <pic:cNvPicPr/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Gesloten</w:t>
            </w:r>
            <w:r>
              <w:br/>
              <w:t>Jezelf niet openstellen</w:t>
            </w:r>
          </w:p>
        </w:tc>
        <w:tc>
          <w:tcPr>
            <w:tcW w:type="dxa" w:w="6350"/>
            <w:vAlign w:val="center"/>
          </w:tcPr>
          <w:p>
            <w:r>
              <w:t>Closed</w:t>
              <w:br/>
              <w:t>Not opening yourself up.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299" name="Picture 29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5a4c21be276953ee9d7246f78041595.png"/>
                          <pic:cNvPicPr/>
                        </pic:nvPicPr>
                        <pic:blipFill>
                          <a:blip r:embed="rId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Koel</w:t>
            </w:r>
            <w:r>
              <w:br/>
              <w:t>Emotioneel afstandelijk</w:t>
            </w:r>
          </w:p>
        </w:tc>
        <w:tc>
          <w:tcPr>
            <w:tcW w:type="dxa" w:w="6350"/>
            <w:vAlign w:val="center"/>
          </w:tcPr>
          <w:p>
            <w:r>
              <w:t>Cold</w:t>
              <w:br/>
              <w:t>Being emotionally distant.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0" name="Picture 3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1235728f4a5916c95c74f5d811eb36d.png"/>
                          <pic:cNvPicPr/>
                        </pic:nvPicPr>
                        <pic:blipFill>
                          <a:blip r:embed="rId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Afstandelijk</w:t>
            </w:r>
            <w:r>
              <w:br/>
              <w:t>Bewust afstand nemen</w:t>
            </w:r>
          </w:p>
        </w:tc>
        <w:tc>
          <w:tcPr>
            <w:tcW w:type="dxa" w:w="6350"/>
            <w:vAlign w:val="center"/>
          </w:tcPr>
          <w:p>
            <w:r>
              <w:t>Distant</w:t>
              <w:br/>
              <w:t>Deliberately keeping your distance.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1" name="Picture 3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4e627cf6ab7d6dd52fcfcfb6921db.png"/>
                          <pic:cNvPicPr/>
                        </pic:nvPicPr>
                        <pic:blipFill>
                          <a:blip r:embed="rId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Gevoelloos</w:t>
            </w:r>
            <w:r>
              <w:br/>
              <w:t>Niets meer voelen</w:t>
            </w:r>
          </w:p>
        </w:tc>
        <w:tc>
          <w:tcPr>
            <w:tcW w:type="dxa" w:w="6350"/>
            <w:vAlign w:val="center"/>
          </w:tcPr>
          <w:p>
            <w:r>
              <w:t>Numb</w:t>
              <w:br/>
              <w:t>Feeling nothing anymore.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2" name="Picture 30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df242d3b7c9b381d32e9b632f8ece5b.png"/>
                          <pic:cNvPicPr/>
                        </pic:nvPicPr>
                        <pic:blipFill>
                          <a:blip r:embed="rId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Ontevreden</w:t>
            </w:r>
            <w:r>
              <w:br/>
              <w:t>Niet tevreden met hoe iets is</w:t>
            </w:r>
          </w:p>
        </w:tc>
        <w:tc>
          <w:tcPr>
            <w:tcW w:type="dxa" w:w="6350"/>
            <w:vAlign w:val="center"/>
          </w:tcPr>
          <w:p>
            <w:r>
              <w:t>Dissatisfied</w:t>
              <w:br/>
              <w:t>Not being satisfied with how something is.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3" name="Picture 3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4e8afe0e3950f74445e050c7ff09ebb.png"/>
                          <pic:cNvPicPr/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Knoop in maag</w:t>
            </w:r>
            <w:r>
              <w:br/>
              <w:t>Lichamelijk ongemak door spanning</w:t>
            </w:r>
          </w:p>
        </w:tc>
        <w:tc>
          <w:tcPr>
            <w:tcW w:type="dxa" w:w="6350"/>
            <w:vAlign w:val="center"/>
          </w:tcPr>
          <w:p>
            <w:r>
              <w:t>Knot in the stomach</w:t>
              <w:br/>
              <w:t>Physical discomfort caused by tension.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4" name="Picture 30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f688763deb273f530801de2252de968.png"/>
                          <pic:cNvPicPr/>
                        </pic:nvPicPr>
                        <pic:blipFill>
                          <a:blip r:embed="rId3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19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Belast</w:t>
            </w:r>
            <w:r>
              <w:br/>
              <w:t>Te veel dragen, emotionee! of mentaal</w:t>
            </w:r>
          </w:p>
        </w:tc>
        <w:tc>
          <w:tcPr>
            <w:tcW w:type="dxa" w:w="6350"/>
            <w:vAlign w:val="center"/>
          </w:tcPr>
          <w:p>
            <w:r>
              <w:t>Burdened</w:t>
              <w:br/>
              <w:t>Carrying too much emotionally or mentally.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5" name="Picture 3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565eb91b2e8f8985896e605836a5fd2.png"/>
                          <pic:cNvPicPr/>
                        </pic:nvPicPr>
                        <pic:blipFill>
                          <a:blip r:embed="rId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Overprikkeling</w:t>
            </w:r>
            <w:r>
              <w:br/>
              <w:t>Te veel indrukken</w:t>
            </w:r>
          </w:p>
        </w:tc>
        <w:tc>
          <w:tcPr>
            <w:tcW w:type="dxa" w:w="6350"/>
            <w:vAlign w:val="center"/>
          </w:tcPr>
          <w:p>
            <w:r>
              <w:t>Overstimulated</w:t>
              <w:br/>
              <w:t>Experiencing too many impressions or stimuli.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6" name="Picture 3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2e33bc9edf9f764a782980432e03929.png"/>
                          <pic:cNvPicPr/>
                        </pic:nvPicPr>
                        <pic:blipFill>
                          <a:blip r:embed="rId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21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Het vreet aan je</w:t>
            </w:r>
            <w:r>
              <w:br/>
              <w:t>lets biijft knagen en energie kosten</w:t>
            </w:r>
          </w:p>
        </w:tc>
        <w:tc>
          <w:tcPr>
            <w:tcW w:type="dxa" w:w="6350"/>
            <w:vAlign w:val="center"/>
          </w:tcPr>
          <w:p>
            <w:r>
              <w:t>It eats away at you</w:t>
              <w:br/>
              <w:t>Something keeps gnawing at you and draining your energy.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7" name="Picture 3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8d8ee047a88fa635c65a7b70825901e.png"/>
                          <pic:cNvPicPr/>
                        </pic:nvPicPr>
                        <pic:blipFill>
                          <a:blip r:embed="rId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22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Lastig gevallen</w:t>
            </w:r>
            <w:r>
              <w:br/>
              <w:t>Je gestoord of lastiggevallen voelen</w:t>
            </w:r>
          </w:p>
        </w:tc>
        <w:tc>
          <w:tcPr>
            <w:tcW w:type="dxa" w:w="6350"/>
            <w:vAlign w:val="center"/>
          </w:tcPr>
          <w:p>
            <w:r>
              <w:t>Bothered</w:t>
              <w:br/>
              <w:t>Feeling disturbed, bothered, or harassed.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8" name="Picture 3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f880fae6ed4748318c56a4c15d49dbb.png"/>
                          <pic:cNvPicPr/>
                        </pic:nvPicPr>
                        <pic:blipFill>
                          <a:blip r:embed="rId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23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Weerstand</w:t>
            </w:r>
            <w:r>
              <w:br/>
              <w:t>Innerlik verzet</w:t>
            </w:r>
          </w:p>
        </w:tc>
        <w:tc>
          <w:tcPr>
            <w:tcW w:type="dxa" w:w="6350"/>
            <w:vAlign w:val="center"/>
          </w:tcPr>
          <w:p>
            <w:r>
              <w:t>Resistance</w:t>
              <w:br/>
              <w:t>Inner resistance.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09" name="Picture 3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591ba815330d95460bd43d6ca2c9174.png"/>
                          <pic:cNvPicPr/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24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Vermijden</w:t>
            </w:r>
            <w:r>
              <w:br/>
              <w:t>lets uit de weg gaan</w:t>
            </w:r>
          </w:p>
        </w:tc>
        <w:tc>
          <w:tcPr>
            <w:tcW w:type="dxa" w:w="6350"/>
            <w:vAlign w:val="center"/>
          </w:tcPr>
          <w:p>
            <w:r>
              <w:t>Avoiding</w:t>
              <w:br/>
              <w:t>Avoiding or staying away from something.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10" name="Picture 3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4f7f030f74b0da009af62b36e180749.png"/>
                          <pic:cNvPicPr/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25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Afgrijzen</w:t>
            </w:r>
            <w:r>
              <w:br/>
              <w:t>Heftige afkeer met schrik</w:t>
            </w:r>
          </w:p>
        </w:tc>
        <w:tc>
          <w:tcPr>
            <w:tcW w:type="dxa" w:w="6350"/>
            <w:vAlign w:val="center"/>
          </w:tcPr>
          <w:p>
            <w:r>
              <w:t>Revulsion</w:t>
              <w:br/>
              <w:t>Intense disgust combined with shock or fear.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11" name="Picture 3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55bfa86fbc1326775dc29605d215ebf.png"/>
                          <pic:cNvPicPr/>
                        </pic:nvPicPr>
                        <pic:blipFill>
                          <a:blip r:embed="rId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26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Walgen</w:t>
            </w:r>
            <w:r>
              <w:br/>
              <w:t>Sterke lichamelijke afkeer</w:t>
            </w:r>
          </w:p>
        </w:tc>
        <w:tc>
          <w:tcPr>
            <w:tcW w:type="dxa" w:w="6350"/>
            <w:vAlign w:val="center"/>
          </w:tcPr>
          <w:p>
            <w:r>
              <w:t>Disgusted</w:t>
              <w:br/>
              <w:t>Feeling strong physical disgust.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12" name="Picture 3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2bcf94d70d093b317ffb37d8548b8ed.png"/>
                          <pic:cNvPicPr/>
                        </pic:nvPicPr>
                        <pic:blipFill>
                          <a:blip r:embed="rId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27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Aversie</w:t>
            </w:r>
            <w:r>
              <w:br/>
              <w:t>Duidelijke innerlike weerstand</w:t>
            </w:r>
          </w:p>
        </w:tc>
        <w:tc>
          <w:tcPr>
            <w:tcW w:type="dxa" w:w="6350"/>
            <w:vAlign w:val="center"/>
          </w:tcPr>
          <w:p>
            <w:r>
              <w:t>Aversion</w:t>
              <w:br/>
              <w:t>Clear inner resistance or dislike.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13" name="Picture 3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8cdcbebd0cc8feaf7fdb279c703d1f5.png"/>
                          <pic:cNvPicPr/>
                        </pic:nvPicPr>
                        <pic:blipFill>
                          <a:blip r:embed="rId3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28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Misselijk</w:t>
            </w:r>
            <w:r>
              <w:br/>
              <w:t>Lichamelik ongemak</w:t>
            </w:r>
          </w:p>
        </w:tc>
        <w:tc>
          <w:tcPr>
            <w:tcW w:type="dxa" w:w="6350"/>
            <w:vAlign w:val="center"/>
          </w:tcPr>
          <w:p>
            <w:r>
              <w:t>Nauseous</w:t>
              <w:br/>
              <w:t>Physical discomfort or nausea.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14" name="Picture 3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1fa45c086fb46290fc04908d6eccc1.png"/>
                          <pic:cNvPicPr/>
                        </pic:nvPicPr>
                        <pic:blipFill>
                          <a:blip r:embed="rId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29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Afschuwelijk</w:t>
            </w:r>
            <w:r>
              <w:br/>
              <w:t>lets extreem negatief ervaren</w:t>
            </w:r>
          </w:p>
        </w:tc>
        <w:tc>
          <w:tcPr>
            <w:tcW w:type="dxa" w:w="6350"/>
            <w:vAlign w:val="center"/>
          </w:tcPr>
          <w:p>
            <w:r>
              <w:t>Horrible</w:t>
              <w:br/>
              <w:t>Experiencing something as extremely negative or horrible.</w:t>
            </w:r>
          </w:p>
        </w:tc>
      </w:tr>
      <w:tr>
        <w:tc>
          <w:tcPr>
            <w:tcW w:type="dxa" w:w="1247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" cy="450000"/>
                  <wp:docPr id="315" name="Picture 3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8c83134e30da84cdc53908e6fbe649a8.png"/>
                          <pic:cNvPicPr/>
                        </pic:nvPicPr>
                        <pic:blipFill>
                          <a:blip r:embed="rId3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vAlign w:val="center"/>
          </w:tcPr>
          <w:p>
            <w:r>
              <w:t>30</w:t>
            </w:r>
          </w:p>
        </w:tc>
        <w:tc>
          <w:tcPr>
            <w:tcW w:type="dxa" w:w="6350"/>
            <w:vAlign w:val="center"/>
          </w:tcPr>
          <w:p>
            <w:r>
              <w:rPr>
                <w:b/>
              </w:rPr>
              <w:t>Afkeer</w:t>
            </w:r>
            <w:r>
              <w:br/>
              <w:t>Afstand willen nemen</w:t>
            </w:r>
          </w:p>
        </w:tc>
        <w:tc>
          <w:tcPr>
            <w:tcW w:type="dxa" w:w="6350"/>
            <w:vAlign w:val="center"/>
          </w:tcPr>
          <w:p>
            <w:r>
              <w:t>Disgust</w:t>
              <w:br/>
              <w:t>Wanting to distance yourself from something.</w:t>
            </w:r>
          </w:p>
        </w:tc>
      </w:tr>
    </w:tbl>
    <w:sectPr w:rsidR="00FC693F" w:rsidRPr="0006063C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image" Target="media/image93.png"/><Relationship Id="rId102" Type="http://schemas.openxmlformats.org/officeDocument/2006/relationships/image" Target="media/image94.png"/><Relationship Id="rId103" Type="http://schemas.openxmlformats.org/officeDocument/2006/relationships/image" Target="media/image95.png"/><Relationship Id="rId104" Type="http://schemas.openxmlformats.org/officeDocument/2006/relationships/image" Target="media/image96.png"/><Relationship Id="rId105" Type="http://schemas.openxmlformats.org/officeDocument/2006/relationships/image" Target="media/image97.png"/><Relationship Id="rId106" Type="http://schemas.openxmlformats.org/officeDocument/2006/relationships/image" Target="media/image98.png"/><Relationship Id="rId107" Type="http://schemas.openxmlformats.org/officeDocument/2006/relationships/image" Target="media/image99.png"/><Relationship Id="rId108" Type="http://schemas.openxmlformats.org/officeDocument/2006/relationships/image" Target="media/image100.png"/><Relationship Id="rId109" Type="http://schemas.openxmlformats.org/officeDocument/2006/relationships/image" Target="media/image101.png"/><Relationship Id="rId110" Type="http://schemas.openxmlformats.org/officeDocument/2006/relationships/image" Target="media/image102.png"/><Relationship Id="rId111" Type="http://schemas.openxmlformats.org/officeDocument/2006/relationships/image" Target="media/image103.png"/><Relationship Id="rId112" Type="http://schemas.openxmlformats.org/officeDocument/2006/relationships/image" Target="media/image104.png"/><Relationship Id="rId113" Type="http://schemas.openxmlformats.org/officeDocument/2006/relationships/image" Target="media/image105.png"/><Relationship Id="rId114" Type="http://schemas.openxmlformats.org/officeDocument/2006/relationships/image" Target="media/image106.png"/><Relationship Id="rId115" Type="http://schemas.openxmlformats.org/officeDocument/2006/relationships/image" Target="media/image107.png"/><Relationship Id="rId116" Type="http://schemas.openxmlformats.org/officeDocument/2006/relationships/image" Target="media/image108.png"/><Relationship Id="rId117" Type="http://schemas.openxmlformats.org/officeDocument/2006/relationships/image" Target="media/image109.png"/><Relationship Id="rId118" Type="http://schemas.openxmlformats.org/officeDocument/2006/relationships/image" Target="media/image110.png"/><Relationship Id="rId119" Type="http://schemas.openxmlformats.org/officeDocument/2006/relationships/image" Target="media/image111.png"/><Relationship Id="rId120" Type="http://schemas.openxmlformats.org/officeDocument/2006/relationships/image" Target="media/image112.png"/><Relationship Id="rId121" Type="http://schemas.openxmlformats.org/officeDocument/2006/relationships/image" Target="media/image113.png"/><Relationship Id="rId122" Type="http://schemas.openxmlformats.org/officeDocument/2006/relationships/image" Target="media/image114.png"/><Relationship Id="rId123" Type="http://schemas.openxmlformats.org/officeDocument/2006/relationships/image" Target="media/image115.png"/><Relationship Id="rId124" Type="http://schemas.openxmlformats.org/officeDocument/2006/relationships/image" Target="media/image116.png"/><Relationship Id="rId125" Type="http://schemas.openxmlformats.org/officeDocument/2006/relationships/image" Target="media/image117.png"/><Relationship Id="rId126" Type="http://schemas.openxmlformats.org/officeDocument/2006/relationships/image" Target="media/image118.png"/><Relationship Id="rId127" Type="http://schemas.openxmlformats.org/officeDocument/2006/relationships/image" Target="media/image119.png"/><Relationship Id="rId128" Type="http://schemas.openxmlformats.org/officeDocument/2006/relationships/image" Target="media/image120.png"/><Relationship Id="rId129" Type="http://schemas.openxmlformats.org/officeDocument/2006/relationships/image" Target="media/image121.png"/><Relationship Id="rId130" Type="http://schemas.openxmlformats.org/officeDocument/2006/relationships/image" Target="media/image122.png"/><Relationship Id="rId131" Type="http://schemas.openxmlformats.org/officeDocument/2006/relationships/image" Target="media/image123.png"/><Relationship Id="rId132" Type="http://schemas.openxmlformats.org/officeDocument/2006/relationships/image" Target="media/image124.png"/><Relationship Id="rId133" Type="http://schemas.openxmlformats.org/officeDocument/2006/relationships/image" Target="media/image125.png"/><Relationship Id="rId134" Type="http://schemas.openxmlformats.org/officeDocument/2006/relationships/image" Target="media/image126.png"/><Relationship Id="rId135" Type="http://schemas.openxmlformats.org/officeDocument/2006/relationships/image" Target="media/image127.png"/><Relationship Id="rId136" Type="http://schemas.openxmlformats.org/officeDocument/2006/relationships/image" Target="media/image128.png"/><Relationship Id="rId137" Type="http://schemas.openxmlformats.org/officeDocument/2006/relationships/image" Target="media/image129.png"/><Relationship Id="rId138" Type="http://schemas.openxmlformats.org/officeDocument/2006/relationships/image" Target="media/image130.png"/><Relationship Id="rId139" Type="http://schemas.openxmlformats.org/officeDocument/2006/relationships/image" Target="media/image131.png"/><Relationship Id="rId140" Type="http://schemas.openxmlformats.org/officeDocument/2006/relationships/image" Target="media/image132.png"/><Relationship Id="rId141" Type="http://schemas.openxmlformats.org/officeDocument/2006/relationships/image" Target="media/image133.png"/><Relationship Id="rId142" Type="http://schemas.openxmlformats.org/officeDocument/2006/relationships/image" Target="media/image134.png"/><Relationship Id="rId143" Type="http://schemas.openxmlformats.org/officeDocument/2006/relationships/image" Target="media/image135.png"/><Relationship Id="rId144" Type="http://schemas.openxmlformats.org/officeDocument/2006/relationships/image" Target="media/image136.png"/><Relationship Id="rId145" Type="http://schemas.openxmlformats.org/officeDocument/2006/relationships/image" Target="media/image137.png"/><Relationship Id="rId146" Type="http://schemas.openxmlformats.org/officeDocument/2006/relationships/image" Target="media/image138.png"/><Relationship Id="rId147" Type="http://schemas.openxmlformats.org/officeDocument/2006/relationships/image" Target="media/image139.png"/><Relationship Id="rId148" Type="http://schemas.openxmlformats.org/officeDocument/2006/relationships/image" Target="media/image140.png"/><Relationship Id="rId149" Type="http://schemas.openxmlformats.org/officeDocument/2006/relationships/image" Target="media/image141.png"/><Relationship Id="rId150" Type="http://schemas.openxmlformats.org/officeDocument/2006/relationships/image" Target="media/image142.png"/><Relationship Id="rId151" Type="http://schemas.openxmlformats.org/officeDocument/2006/relationships/image" Target="media/image143.png"/><Relationship Id="rId152" Type="http://schemas.openxmlformats.org/officeDocument/2006/relationships/image" Target="media/image144.png"/><Relationship Id="rId153" Type="http://schemas.openxmlformats.org/officeDocument/2006/relationships/image" Target="media/image145.png"/><Relationship Id="rId154" Type="http://schemas.openxmlformats.org/officeDocument/2006/relationships/image" Target="media/image146.png"/><Relationship Id="rId155" Type="http://schemas.openxmlformats.org/officeDocument/2006/relationships/image" Target="media/image147.png"/><Relationship Id="rId156" Type="http://schemas.openxmlformats.org/officeDocument/2006/relationships/image" Target="media/image148.png"/><Relationship Id="rId157" Type="http://schemas.openxmlformats.org/officeDocument/2006/relationships/image" Target="media/image149.png"/><Relationship Id="rId158" Type="http://schemas.openxmlformats.org/officeDocument/2006/relationships/image" Target="media/image150.png"/><Relationship Id="rId159" Type="http://schemas.openxmlformats.org/officeDocument/2006/relationships/image" Target="media/image151.png"/><Relationship Id="rId160" Type="http://schemas.openxmlformats.org/officeDocument/2006/relationships/image" Target="media/image152.png"/><Relationship Id="rId161" Type="http://schemas.openxmlformats.org/officeDocument/2006/relationships/image" Target="media/image153.png"/><Relationship Id="rId162" Type="http://schemas.openxmlformats.org/officeDocument/2006/relationships/image" Target="media/image154.png"/><Relationship Id="rId163" Type="http://schemas.openxmlformats.org/officeDocument/2006/relationships/image" Target="media/image155.png"/><Relationship Id="rId164" Type="http://schemas.openxmlformats.org/officeDocument/2006/relationships/image" Target="media/image156.png"/><Relationship Id="rId165" Type="http://schemas.openxmlformats.org/officeDocument/2006/relationships/image" Target="media/image157.png"/><Relationship Id="rId166" Type="http://schemas.openxmlformats.org/officeDocument/2006/relationships/image" Target="media/image158.png"/><Relationship Id="rId167" Type="http://schemas.openxmlformats.org/officeDocument/2006/relationships/image" Target="media/image159.png"/><Relationship Id="rId168" Type="http://schemas.openxmlformats.org/officeDocument/2006/relationships/image" Target="media/image160.png"/><Relationship Id="rId169" Type="http://schemas.openxmlformats.org/officeDocument/2006/relationships/image" Target="media/image161.png"/><Relationship Id="rId170" Type="http://schemas.openxmlformats.org/officeDocument/2006/relationships/image" Target="media/image162.png"/><Relationship Id="rId171" Type="http://schemas.openxmlformats.org/officeDocument/2006/relationships/image" Target="media/image163.png"/><Relationship Id="rId172" Type="http://schemas.openxmlformats.org/officeDocument/2006/relationships/image" Target="media/image164.png"/><Relationship Id="rId173" Type="http://schemas.openxmlformats.org/officeDocument/2006/relationships/image" Target="media/image165.png"/><Relationship Id="rId174" Type="http://schemas.openxmlformats.org/officeDocument/2006/relationships/image" Target="media/image166.png"/><Relationship Id="rId175" Type="http://schemas.openxmlformats.org/officeDocument/2006/relationships/image" Target="media/image167.png"/><Relationship Id="rId176" Type="http://schemas.openxmlformats.org/officeDocument/2006/relationships/image" Target="media/image168.png"/><Relationship Id="rId177" Type="http://schemas.openxmlformats.org/officeDocument/2006/relationships/image" Target="media/image169.png"/><Relationship Id="rId178" Type="http://schemas.openxmlformats.org/officeDocument/2006/relationships/image" Target="media/image170.png"/><Relationship Id="rId179" Type="http://schemas.openxmlformats.org/officeDocument/2006/relationships/image" Target="media/image171.png"/><Relationship Id="rId180" Type="http://schemas.openxmlformats.org/officeDocument/2006/relationships/image" Target="media/image172.png"/><Relationship Id="rId181" Type="http://schemas.openxmlformats.org/officeDocument/2006/relationships/image" Target="media/image173.png"/><Relationship Id="rId182" Type="http://schemas.openxmlformats.org/officeDocument/2006/relationships/image" Target="media/image174.png"/><Relationship Id="rId183" Type="http://schemas.openxmlformats.org/officeDocument/2006/relationships/image" Target="media/image175.png"/><Relationship Id="rId184" Type="http://schemas.openxmlformats.org/officeDocument/2006/relationships/image" Target="media/image176.png"/><Relationship Id="rId185" Type="http://schemas.openxmlformats.org/officeDocument/2006/relationships/image" Target="media/image177.png"/><Relationship Id="rId186" Type="http://schemas.openxmlformats.org/officeDocument/2006/relationships/image" Target="media/image178.png"/><Relationship Id="rId187" Type="http://schemas.openxmlformats.org/officeDocument/2006/relationships/image" Target="media/image179.png"/><Relationship Id="rId188" Type="http://schemas.openxmlformats.org/officeDocument/2006/relationships/image" Target="media/image180.png"/><Relationship Id="rId189" Type="http://schemas.openxmlformats.org/officeDocument/2006/relationships/image" Target="media/image181.png"/><Relationship Id="rId190" Type="http://schemas.openxmlformats.org/officeDocument/2006/relationships/image" Target="media/image182.png"/><Relationship Id="rId191" Type="http://schemas.openxmlformats.org/officeDocument/2006/relationships/image" Target="media/image183.png"/><Relationship Id="rId192" Type="http://schemas.openxmlformats.org/officeDocument/2006/relationships/image" Target="media/image184.png"/><Relationship Id="rId193" Type="http://schemas.openxmlformats.org/officeDocument/2006/relationships/image" Target="media/image185.png"/><Relationship Id="rId194" Type="http://schemas.openxmlformats.org/officeDocument/2006/relationships/image" Target="media/image186.png"/><Relationship Id="rId195" Type="http://schemas.openxmlformats.org/officeDocument/2006/relationships/image" Target="media/image187.png"/><Relationship Id="rId196" Type="http://schemas.openxmlformats.org/officeDocument/2006/relationships/image" Target="media/image188.png"/><Relationship Id="rId197" Type="http://schemas.openxmlformats.org/officeDocument/2006/relationships/image" Target="media/image189.png"/><Relationship Id="rId198" Type="http://schemas.openxmlformats.org/officeDocument/2006/relationships/image" Target="media/image190.png"/><Relationship Id="rId199" Type="http://schemas.openxmlformats.org/officeDocument/2006/relationships/image" Target="media/image191.png"/><Relationship Id="rId200" Type="http://schemas.openxmlformats.org/officeDocument/2006/relationships/image" Target="media/image192.png"/><Relationship Id="rId201" Type="http://schemas.openxmlformats.org/officeDocument/2006/relationships/image" Target="media/image193.png"/><Relationship Id="rId202" Type="http://schemas.openxmlformats.org/officeDocument/2006/relationships/image" Target="media/image194.png"/><Relationship Id="rId203" Type="http://schemas.openxmlformats.org/officeDocument/2006/relationships/image" Target="media/image195.png"/><Relationship Id="rId204" Type="http://schemas.openxmlformats.org/officeDocument/2006/relationships/image" Target="media/image196.png"/><Relationship Id="rId205" Type="http://schemas.openxmlformats.org/officeDocument/2006/relationships/image" Target="media/image197.png"/><Relationship Id="rId206" Type="http://schemas.openxmlformats.org/officeDocument/2006/relationships/image" Target="media/image198.png"/><Relationship Id="rId207" Type="http://schemas.openxmlformats.org/officeDocument/2006/relationships/image" Target="media/image199.png"/><Relationship Id="rId208" Type="http://schemas.openxmlformats.org/officeDocument/2006/relationships/image" Target="media/image200.png"/><Relationship Id="rId209" Type="http://schemas.openxmlformats.org/officeDocument/2006/relationships/image" Target="media/image201.png"/><Relationship Id="rId210" Type="http://schemas.openxmlformats.org/officeDocument/2006/relationships/image" Target="media/image202.png"/><Relationship Id="rId211" Type="http://schemas.openxmlformats.org/officeDocument/2006/relationships/image" Target="media/image203.png"/><Relationship Id="rId212" Type="http://schemas.openxmlformats.org/officeDocument/2006/relationships/image" Target="media/image204.png"/><Relationship Id="rId213" Type="http://schemas.openxmlformats.org/officeDocument/2006/relationships/image" Target="media/image205.png"/><Relationship Id="rId214" Type="http://schemas.openxmlformats.org/officeDocument/2006/relationships/image" Target="media/image206.png"/><Relationship Id="rId215" Type="http://schemas.openxmlformats.org/officeDocument/2006/relationships/image" Target="media/image207.png"/><Relationship Id="rId216" Type="http://schemas.openxmlformats.org/officeDocument/2006/relationships/image" Target="media/image208.png"/><Relationship Id="rId217" Type="http://schemas.openxmlformats.org/officeDocument/2006/relationships/image" Target="media/image209.png"/><Relationship Id="rId218" Type="http://schemas.openxmlformats.org/officeDocument/2006/relationships/image" Target="media/image210.png"/><Relationship Id="rId219" Type="http://schemas.openxmlformats.org/officeDocument/2006/relationships/image" Target="media/image211.png"/><Relationship Id="rId220" Type="http://schemas.openxmlformats.org/officeDocument/2006/relationships/image" Target="media/image212.png"/><Relationship Id="rId221" Type="http://schemas.openxmlformats.org/officeDocument/2006/relationships/image" Target="media/image213.png"/><Relationship Id="rId222" Type="http://schemas.openxmlformats.org/officeDocument/2006/relationships/image" Target="media/image214.png"/><Relationship Id="rId223" Type="http://schemas.openxmlformats.org/officeDocument/2006/relationships/image" Target="media/image215.png"/><Relationship Id="rId224" Type="http://schemas.openxmlformats.org/officeDocument/2006/relationships/image" Target="media/image216.png"/><Relationship Id="rId225" Type="http://schemas.openxmlformats.org/officeDocument/2006/relationships/image" Target="media/image217.png"/><Relationship Id="rId226" Type="http://schemas.openxmlformats.org/officeDocument/2006/relationships/image" Target="media/image218.png"/><Relationship Id="rId227" Type="http://schemas.openxmlformats.org/officeDocument/2006/relationships/image" Target="media/image219.png"/><Relationship Id="rId228" Type="http://schemas.openxmlformats.org/officeDocument/2006/relationships/image" Target="media/image220.png"/><Relationship Id="rId229" Type="http://schemas.openxmlformats.org/officeDocument/2006/relationships/image" Target="media/image221.png"/><Relationship Id="rId230" Type="http://schemas.openxmlformats.org/officeDocument/2006/relationships/image" Target="media/image222.png"/><Relationship Id="rId231" Type="http://schemas.openxmlformats.org/officeDocument/2006/relationships/image" Target="media/image223.png"/><Relationship Id="rId232" Type="http://schemas.openxmlformats.org/officeDocument/2006/relationships/image" Target="media/image224.png"/><Relationship Id="rId233" Type="http://schemas.openxmlformats.org/officeDocument/2006/relationships/image" Target="media/image225.png"/><Relationship Id="rId234" Type="http://schemas.openxmlformats.org/officeDocument/2006/relationships/image" Target="media/image226.png"/><Relationship Id="rId235" Type="http://schemas.openxmlformats.org/officeDocument/2006/relationships/image" Target="media/image227.png"/><Relationship Id="rId236" Type="http://schemas.openxmlformats.org/officeDocument/2006/relationships/image" Target="media/image228.png"/><Relationship Id="rId237" Type="http://schemas.openxmlformats.org/officeDocument/2006/relationships/image" Target="media/image229.png"/><Relationship Id="rId238" Type="http://schemas.openxmlformats.org/officeDocument/2006/relationships/image" Target="media/image230.png"/><Relationship Id="rId239" Type="http://schemas.openxmlformats.org/officeDocument/2006/relationships/image" Target="media/image231.png"/><Relationship Id="rId240" Type="http://schemas.openxmlformats.org/officeDocument/2006/relationships/image" Target="media/image232.png"/><Relationship Id="rId241" Type="http://schemas.openxmlformats.org/officeDocument/2006/relationships/image" Target="media/image233.png"/><Relationship Id="rId242" Type="http://schemas.openxmlformats.org/officeDocument/2006/relationships/image" Target="media/image234.png"/><Relationship Id="rId243" Type="http://schemas.openxmlformats.org/officeDocument/2006/relationships/image" Target="media/image235.png"/><Relationship Id="rId244" Type="http://schemas.openxmlformats.org/officeDocument/2006/relationships/image" Target="media/image236.png"/><Relationship Id="rId245" Type="http://schemas.openxmlformats.org/officeDocument/2006/relationships/image" Target="media/image237.png"/><Relationship Id="rId246" Type="http://schemas.openxmlformats.org/officeDocument/2006/relationships/image" Target="media/image238.png"/><Relationship Id="rId247" Type="http://schemas.openxmlformats.org/officeDocument/2006/relationships/image" Target="media/image239.png"/><Relationship Id="rId248" Type="http://schemas.openxmlformats.org/officeDocument/2006/relationships/image" Target="media/image240.png"/><Relationship Id="rId249" Type="http://schemas.openxmlformats.org/officeDocument/2006/relationships/image" Target="media/image241.png"/><Relationship Id="rId250" Type="http://schemas.openxmlformats.org/officeDocument/2006/relationships/image" Target="media/image242.png"/><Relationship Id="rId251" Type="http://schemas.openxmlformats.org/officeDocument/2006/relationships/image" Target="media/image243.png"/><Relationship Id="rId252" Type="http://schemas.openxmlformats.org/officeDocument/2006/relationships/image" Target="media/image244.png"/><Relationship Id="rId253" Type="http://schemas.openxmlformats.org/officeDocument/2006/relationships/image" Target="media/image245.png"/><Relationship Id="rId254" Type="http://schemas.openxmlformats.org/officeDocument/2006/relationships/image" Target="media/image246.png"/><Relationship Id="rId255" Type="http://schemas.openxmlformats.org/officeDocument/2006/relationships/image" Target="media/image247.png"/><Relationship Id="rId256" Type="http://schemas.openxmlformats.org/officeDocument/2006/relationships/image" Target="media/image248.png"/><Relationship Id="rId257" Type="http://schemas.openxmlformats.org/officeDocument/2006/relationships/image" Target="media/image249.png"/><Relationship Id="rId258" Type="http://schemas.openxmlformats.org/officeDocument/2006/relationships/image" Target="media/image250.png"/><Relationship Id="rId259" Type="http://schemas.openxmlformats.org/officeDocument/2006/relationships/image" Target="media/image251.png"/><Relationship Id="rId260" Type="http://schemas.openxmlformats.org/officeDocument/2006/relationships/image" Target="media/image252.png"/><Relationship Id="rId261" Type="http://schemas.openxmlformats.org/officeDocument/2006/relationships/image" Target="media/image253.png"/><Relationship Id="rId262" Type="http://schemas.openxmlformats.org/officeDocument/2006/relationships/image" Target="media/image254.png"/><Relationship Id="rId263" Type="http://schemas.openxmlformats.org/officeDocument/2006/relationships/image" Target="media/image255.png"/><Relationship Id="rId264" Type="http://schemas.openxmlformats.org/officeDocument/2006/relationships/image" Target="media/image256.png"/><Relationship Id="rId265" Type="http://schemas.openxmlformats.org/officeDocument/2006/relationships/image" Target="media/image257.png"/><Relationship Id="rId266" Type="http://schemas.openxmlformats.org/officeDocument/2006/relationships/image" Target="media/image258.png"/><Relationship Id="rId267" Type="http://schemas.openxmlformats.org/officeDocument/2006/relationships/image" Target="media/image259.png"/><Relationship Id="rId268" Type="http://schemas.openxmlformats.org/officeDocument/2006/relationships/image" Target="media/image260.png"/><Relationship Id="rId269" Type="http://schemas.openxmlformats.org/officeDocument/2006/relationships/image" Target="media/image261.png"/><Relationship Id="rId270" Type="http://schemas.openxmlformats.org/officeDocument/2006/relationships/image" Target="media/image262.png"/><Relationship Id="rId271" Type="http://schemas.openxmlformats.org/officeDocument/2006/relationships/image" Target="media/image263.png"/><Relationship Id="rId272" Type="http://schemas.openxmlformats.org/officeDocument/2006/relationships/image" Target="media/image264.png"/><Relationship Id="rId273" Type="http://schemas.openxmlformats.org/officeDocument/2006/relationships/image" Target="media/image265.png"/><Relationship Id="rId274" Type="http://schemas.openxmlformats.org/officeDocument/2006/relationships/image" Target="media/image266.png"/><Relationship Id="rId275" Type="http://schemas.openxmlformats.org/officeDocument/2006/relationships/image" Target="media/image267.png"/><Relationship Id="rId276" Type="http://schemas.openxmlformats.org/officeDocument/2006/relationships/image" Target="media/image268.png"/><Relationship Id="rId277" Type="http://schemas.openxmlformats.org/officeDocument/2006/relationships/image" Target="media/image269.png"/><Relationship Id="rId278" Type="http://schemas.openxmlformats.org/officeDocument/2006/relationships/image" Target="media/image270.png"/><Relationship Id="rId279" Type="http://schemas.openxmlformats.org/officeDocument/2006/relationships/image" Target="media/image271.png"/><Relationship Id="rId280" Type="http://schemas.openxmlformats.org/officeDocument/2006/relationships/image" Target="media/image272.png"/><Relationship Id="rId281" Type="http://schemas.openxmlformats.org/officeDocument/2006/relationships/image" Target="media/image273.png"/><Relationship Id="rId282" Type="http://schemas.openxmlformats.org/officeDocument/2006/relationships/image" Target="media/image274.png"/><Relationship Id="rId283" Type="http://schemas.openxmlformats.org/officeDocument/2006/relationships/image" Target="media/image275.png"/><Relationship Id="rId284" Type="http://schemas.openxmlformats.org/officeDocument/2006/relationships/image" Target="media/image276.png"/><Relationship Id="rId285" Type="http://schemas.openxmlformats.org/officeDocument/2006/relationships/image" Target="media/image277.png"/><Relationship Id="rId286" Type="http://schemas.openxmlformats.org/officeDocument/2006/relationships/image" Target="media/image278.png"/><Relationship Id="rId287" Type="http://schemas.openxmlformats.org/officeDocument/2006/relationships/image" Target="media/image279.png"/><Relationship Id="rId288" Type="http://schemas.openxmlformats.org/officeDocument/2006/relationships/image" Target="media/image280.png"/><Relationship Id="rId289" Type="http://schemas.openxmlformats.org/officeDocument/2006/relationships/image" Target="media/image281.png"/><Relationship Id="rId290" Type="http://schemas.openxmlformats.org/officeDocument/2006/relationships/image" Target="media/image282.png"/><Relationship Id="rId291" Type="http://schemas.openxmlformats.org/officeDocument/2006/relationships/image" Target="media/image283.png"/><Relationship Id="rId292" Type="http://schemas.openxmlformats.org/officeDocument/2006/relationships/image" Target="media/image284.png"/><Relationship Id="rId293" Type="http://schemas.openxmlformats.org/officeDocument/2006/relationships/image" Target="media/image285.png"/><Relationship Id="rId294" Type="http://schemas.openxmlformats.org/officeDocument/2006/relationships/image" Target="media/image286.png"/><Relationship Id="rId295" Type="http://schemas.openxmlformats.org/officeDocument/2006/relationships/image" Target="media/image287.png"/><Relationship Id="rId296" Type="http://schemas.openxmlformats.org/officeDocument/2006/relationships/image" Target="media/image288.png"/><Relationship Id="rId297" Type="http://schemas.openxmlformats.org/officeDocument/2006/relationships/image" Target="media/image289.png"/><Relationship Id="rId298" Type="http://schemas.openxmlformats.org/officeDocument/2006/relationships/image" Target="media/image290.png"/><Relationship Id="rId299" Type="http://schemas.openxmlformats.org/officeDocument/2006/relationships/image" Target="media/image291.png"/><Relationship Id="rId300" Type="http://schemas.openxmlformats.org/officeDocument/2006/relationships/image" Target="media/image292.png"/><Relationship Id="rId301" Type="http://schemas.openxmlformats.org/officeDocument/2006/relationships/image" Target="media/image293.png"/><Relationship Id="rId302" Type="http://schemas.openxmlformats.org/officeDocument/2006/relationships/image" Target="media/image294.png"/><Relationship Id="rId303" Type="http://schemas.openxmlformats.org/officeDocument/2006/relationships/image" Target="media/image295.png"/><Relationship Id="rId304" Type="http://schemas.openxmlformats.org/officeDocument/2006/relationships/image" Target="media/image296.png"/><Relationship Id="rId305" Type="http://schemas.openxmlformats.org/officeDocument/2006/relationships/image" Target="media/image297.png"/><Relationship Id="rId306" Type="http://schemas.openxmlformats.org/officeDocument/2006/relationships/image" Target="media/image298.png"/><Relationship Id="rId307" Type="http://schemas.openxmlformats.org/officeDocument/2006/relationships/image" Target="media/image299.png"/><Relationship Id="rId308" Type="http://schemas.openxmlformats.org/officeDocument/2006/relationships/image" Target="media/image300.png"/><Relationship Id="rId309" Type="http://schemas.openxmlformats.org/officeDocument/2006/relationships/image" Target="media/image301.png"/><Relationship Id="rId310" Type="http://schemas.openxmlformats.org/officeDocument/2006/relationships/image" Target="media/image302.png"/><Relationship Id="rId311" Type="http://schemas.openxmlformats.org/officeDocument/2006/relationships/image" Target="media/image303.png"/><Relationship Id="rId312" Type="http://schemas.openxmlformats.org/officeDocument/2006/relationships/image" Target="media/image304.png"/><Relationship Id="rId313" Type="http://schemas.openxmlformats.org/officeDocument/2006/relationships/image" Target="media/image305.png"/><Relationship Id="rId314" Type="http://schemas.openxmlformats.org/officeDocument/2006/relationships/image" Target="media/image306.png"/><Relationship Id="rId315" Type="http://schemas.openxmlformats.org/officeDocument/2006/relationships/image" Target="media/image30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